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1B365D"/>
          <w:left w:val="single" w:sz="6" w:space="0" w:color="1B365D"/>
          <w:bottom w:val="single" w:sz="6" w:space="0" w:color="1B365D"/>
          <w:right w:val="single" w:sz="6" w:space="0" w:color="1B365D"/>
          <w:insideH w:val="single" w:sz="6" w:space="0" w:color="1B365D"/>
          <w:insideV w:val="single" w:sz="6" w:space="0" w:color="1B365D"/>
        </w:tblBorders>
        <w:tblLook w:val="04A0" w:firstRow="1" w:lastRow="0" w:firstColumn="1" w:lastColumn="0" w:noHBand="0" w:noVBand="1"/>
      </w:tblPr>
      <w:tblGrid>
        <w:gridCol w:w="6690"/>
        <w:gridCol w:w="3402"/>
      </w:tblGrid>
      <w:tr w:rsidR="00A60B9F" w14:paraId="50B67D56" w14:textId="77777777">
        <w:trPr>
          <w:jc w:val="center"/>
        </w:trPr>
        <w:tc>
          <w:tcPr>
            <w:tcW w:w="6690" w:type="dxa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55AB953D" w14:textId="77777777" w:rsidR="00A60B9F" w:rsidRPr="00065FD8" w:rsidRDefault="00000000">
            <w:pPr>
              <w:spacing w:after="40"/>
              <w:rPr>
                <w:lang w:val="it-IT"/>
              </w:rPr>
            </w:pPr>
            <w:r w:rsidRPr="00065FD8">
              <w:rPr>
                <w:b/>
                <w:color w:val="1B365D"/>
                <w:sz w:val="24"/>
                <w:lang w:val="it-IT"/>
              </w:rPr>
              <w:t>COMUNE DI SAN SECONDO PARMENSE</w:t>
            </w:r>
            <w:r w:rsidRPr="00065FD8">
              <w:rPr>
                <w:b/>
                <w:color w:val="1B365D"/>
                <w:sz w:val="24"/>
                <w:lang w:val="it-IT"/>
              </w:rPr>
              <w:br/>
            </w:r>
            <w:r w:rsidRPr="00065FD8">
              <w:rPr>
                <w:i/>
                <w:lang w:val="it-IT"/>
              </w:rPr>
              <w:t>Provincia di Parma</w:t>
            </w:r>
            <w:r w:rsidRPr="00065FD8">
              <w:rPr>
                <w:i/>
                <w:lang w:val="it-IT"/>
              </w:rPr>
              <w:br/>
            </w:r>
            <w:r w:rsidRPr="00065FD8">
              <w:rPr>
                <w:color w:val="333333"/>
                <w:sz w:val="17"/>
                <w:lang w:val="it-IT"/>
              </w:rPr>
              <w:t>Settore Affari Generali, Servizi alla Persona, Cultura e Turismo</w:t>
            </w:r>
            <w:r w:rsidRPr="00065FD8">
              <w:rPr>
                <w:color w:val="333333"/>
                <w:sz w:val="17"/>
                <w:lang w:val="it-IT"/>
              </w:rPr>
              <w:br/>
              <w:t>Ufficio Scuola – Piazza Mazzini n. 10, 43017 San Secondo Parmense (PR)</w:t>
            </w:r>
          </w:p>
        </w:tc>
        <w:tc>
          <w:tcPr>
            <w:tcW w:w="3402" w:type="dxa"/>
            <w:shd w:val="clear" w:color="auto" w:fill="F2F5F9"/>
            <w:tcMar>
              <w:top w:w="100" w:type="dxa"/>
              <w:left w:w="140" w:type="dxa"/>
              <w:bottom w:w="100" w:type="dxa"/>
              <w:right w:w="140" w:type="dxa"/>
            </w:tcMar>
          </w:tcPr>
          <w:p w14:paraId="328919FB" w14:textId="588323E7" w:rsidR="00A60B9F" w:rsidRDefault="00000000" w:rsidP="00065FD8">
            <w:pPr>
              <w:spacing w:after="40"/>
              <w:jc w:val="center"/>
            </w:pPr>
            <w:r>
              <w:rPr>
                <w:b/>
                <w:color w:val="555555"/>
                <w:sz w:val="16"/>
              </w:rPr>
              <w:t>Spazio riservato all'Ufficio Protocollo</w:t>
            </w:r>
          </w:p>
        </w:tc>
      </w:tr>
    </w:tbl>
    <w:p w14:paraId="03F32D34" w14:textId="77777777" w:rsidR="00A60B9F" w:rsidRPr="00065FD8" w:rsidRDefault="00000000">
      <w:pPr>
        <w:spacing w:before="160" w:after="40"/>
        <w:jc w:val="center"/>
        <w:rPr>
          <w:lang w:val="it-IT"/>
        </w:rPr>
      </w:pPr>
      <w:r w:rsidRPr="00065FD8">
        <w:rPr>
          <w:b/>
          <w:color w:val="1B365D"/>
          <w:sz w:val="23"/>
          <w:lang w:val="it-IT"/>
        </w:rPr>
        <w:t>DOMANDA DI ISCRIZIONE AL SERVIZIO DI DOPOSCUOLA COMUNALE</w:t>
      </w:r>
      <w:r w:rsidRPr="00065FD8">
        <w:rPr>
          <w:b/>
          <w:color w:val="1B365D"/>
          <w:sz w:val="23"/>
          <w:lang w:val="it-IT"/>
        </w:rPr>
        <w:br/>
        <w:t>CON LABORATORIO DI AIUTO COMPITI E POTENZIAMENTO – A.S. 2026/2027</w:t>
      </w:r>
    </w:p>
    <w:p w14:paraId="2319D904" w14:textId="0A4B377D" w:rsidR="00A60B9F" w:rsidRPr="00065FD8" w:rsidRDefault="00000000">
      <w:pPr>
        <w:spacing w:after="120"/>
        <w:jc w:val="center"/>
        <w:rPr>
          <w:lang w:val="it-IT"/>
        </w:rPr>
      </w:pPr>
      <w:r w:rsidRPr="00065FD8">
        <w:rPr>
          <w:i/>
          <w:color w:val="333333"/>
          <w:sz w:val="17"/>
          <w:lang w:val="it-IT"/>
        </w:rPr>
        <w:t>(Dichiarazione sostitutiva resa ai sensi degli artt. 46 e 47 del D.P.R. n. 445</w:t>
      </w:r>
      <w:r w:rsidR="00B02CBE">
        <w:rPr>
          <w:i/>
          <w:color w:val="333333"/>
          <w:sz w:val="17"/>
          <w:lang w:val="it-IT"/>
        </w:rPr>
        <w:t>/</w:t>
      </w:r>
      <w:r w:rsidR="00B02CBE" w:rsidRPr="00065FD8">
        <w:rPr>
          <w:i/>
          <w:color w:val="333333"/>
          <w:sz w:val="17"/>
          <w:lang w:val="it-IT"/>
        </w:rPr>
        <w:t>2000</w:t>
      </w:r>
      <w:r w:rsidRPr="00065FD8">
        <w:rPr>
          <w:i/>
          <w:color w:val="333333"/>
          <w:sz w:val="17"/>
          <w:lang w:val="it-IT"/>
        </w:rPr>
        <w:t xml:space="preserve"> – Compilare un modulo per ciascun figlio)</w:t>
      </w:r>
    </w:p>
    <w:tbl>
      <w:tblPr>
        <w:tblW w:w="0" w:type="auto"/>
        <w:jc w:val="center"/>
        <w:tblBorders>
          <w:top w:val="single" w:sz="4" w:space="0" w:color="1B365D"/>
          <w:left w:val="single" w:sz="4" w:space="0" w:color="1B365D"/>
          <w:bottom w:val="single" w:sz="4" w:space="0" w:color="1B365D"/>
          <w:right w:val="single" w:sz="4" w:space="0" w:color="1B365D"/>
          <w:insideH w:val="single" w:sz="4" w:space="0" w:color="1B365D"/>
          <w:insideV w:val="single" w:sz="4" w:space="0" w:color="1B365D"/>
        </w:tblBorders>
        <w:tblLook w:val="04A0" w:firstRow="1" w:lastRow="0" w:firstColumn="1" w:lastColumn="0" w:noHBand="0" w:noVBand="1"/>
      </w:tblPr>
      <w:tblGrid>
        <w:gridCol w:w="10092"/>
      </w:tblGrid>
      <w:tr w:rsidR="00A60B9F" w:rsidRPr="00065FD8" w14:paraId="784E2545" w14:textId="77777777">
        <w:trPr>
          <w:jc w:val="center"/>
        </w:trPr>
        <w:tc>
          <w:tcPr>
            <w:tcW w:w="10092" w:type="dxa"/>
            <w:shd w:val="clear" w:color="auto" w:fill="F7F9F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2AFF4AC9" w14:textId="430C9AFD" w:rsidR="00EB4FD5" w:rsidRPr="00EB4FD5" w:rsidRDefault="00000000">
            <w:pPr>
              <w:spacing w:after="0"/>
              <w:rPr>
                <w:i/>
                <w:iCs/>
                <w:sz w:val="17"/>
                <w:lang w:val="it-IT"/>
              </w:rPr>
            </w:pPr>
            <w:r w:rsidRPr="00065FD8">
              <w:rPr>
                <w:b/>
                <w:sz w:val="17"/>
                <w:lang w:val="it-IT"/>
              </w:rPr>
              <w:t xml:space="preserve">MODALITÀ DI CONSEGNA DEL MODULO: </w:t>
            </w:r>
            <w:r w:rsidRPr="00065FD8">
              <w:rPr>
                <w:sz w:val="17"/>
                <w:lang w:val="it-IT"/>
              </w:rPr>
              <w:t>Il presente modulo, debitamente compilato e sottoscritto con allegata copia dei documenti di identità dei firmatari, può essere consegnato:</w:t>
            </w:r>
            <w:r w:rsidRPr="00065FD8">
              <w:rPr>
                <w:sz w:val="17"/>
                <w:lang w:val="it-IT"/>
              </w:rPr>
              <w:br/>
              <w:t>• A mano: presso l'Ufficio Scuola del Comune di San Secondo Parmense;</w:t>
            </w:r>
            <w:r w:rsidRPr="00065FD8">
              <w:rPr>
                <w:sz w:val="17"/>
                <w:lang w:val="it-IT"/>
              </w:rPr>
              <w:br/>
              <w:t>• Via e-mail a</w:t>
            </w:r>
            <w:r w:rsidR="00EB4FD5">
              <w:rPr>
                <w:sz w:val="17"/>
                <w:lang w:val="it-IT"/>
              </w:rPr>
              <w:t>l</w:t>
            </w:r>
            <w:r w:rsidRPr="00065FD8">
              <w:rPr>
                <w:sz w:val="17"/>
                <w:lang w:val="it-IT"/>
              </w:rPr>
              <w:t>l</w:t>
            </w:r>
            <w:r w:rsidR="00EB4FD5">
              <w:rPr>
                <w:sz w:val="17"/>
                <w:lang w:val="it-IT"/>
              </w:rPr>
              <w:t>’</w:t>
            </w:r>
            <w:r w:rsidRPr="00065FD8">
              <w:rPr>
                <w:sz w:val="17"/>
                <w:lang w:val="it-IT"/>
              </w:rPr>
              <w:t>indirizz</w:t>
            </w:r>
            <w:r w:rsidR="00EB4FD5">
              <w:rPr>
                <w:sz w:val="17"/>
                <w:lang w:val="it-IT"/>
              </w:rPr>
              <w:t>o:</w:t>
            </w:r>
            <w:r w:rsidRPr="00065FD8">
              <w:rPr>
                <w:sz w:val="17"/>
                <w:lang w:val="it-IT"/>
              </w:rPr>
              <w:t xml:space="preserve"> </w:t>
            </w:r>
            <w:r w:rsidR="00EB4FD5" w:rsidRPr="00EB4FD5">
              <w:rPr>
                <w:i/>
                <w:iCs/>
                <w:sz w:val="17"/>
                <w:lang w:val="it-IT"/>
              </w:rPr>
              <w:t>f.rivaroli@comune.san-secondo-parmense.pr.it</w:t>
            </w:r>
          </w:p>
          <w:p w14:paraId="31A73FFA" w14:textId="1656B795" w:rsidR="00A60B9F" w:rsidRPr="00065FD8" w:rsidRDefault="00EB4FD5">
            <w:pPr>
              <w:spacing w:after="0"/>
              <w:rPr>
                <w:lang w:val="it-IT"/>
              </w:rPr>
            </w:pPr>
            <w:r w:rsidRPr="00065FD8">
              <w:rPr>
                <w:sz w:val="17"/>
                <w:lang w:val="it-IT"/>
              </w:rPr>
              <w:t xml:space="preserve">• </w:t>
            </w:r>
            <w:r>
              <w:rPr>
                <w:sz w:val="17"/>
                <w:lang w:val="it-IT"/>
              </w:rPr>
              <w:t>V</w:t>
            </w:r>
            <w:r w:rsidR="00000000" w:rsidRPr="00065FD8">
              <w:rPr>
                <w:sz w:val="17"/>
                <w:lang w:val="it-IT"/>
              </w:rPr>
              <w:t xml:space="preserve">ia PEC </w:t>
            </w:r>
            <w:r>
              <w:rPr>
                <w:sz w:val="17"/>
                <w:lang w:val="it-IT"/>
              </w:rPr>
              <w:t>all’indirizzo:</w:t>
            </w:r>
            <w:r w:rsidRPr="00EB4FD5">
              <w:rPr>
                <w:lang w:val="it-IT"/>
              </w:rPr>
              <w:t xml:space="preserve"> </w:t>
            </w:r>
            <w:r w:rsidRPr="00EB4FD5">
              <w:rPr>
                <w:i/>
                <w:iCs/>
                <w:sz w:val="17"/>
                <w:lang w:val="it-IT"/>
              </w:rPr>
              <w:t>protocollo@postacert.comune.san-secondo-parmense.pr.it</w:t>
            </w:r>
          </w:p>
        </w:tc>
      </w:tr>
    </w:tbl>
    <w:p w14:paraId="68F8C4E5" w14:textId="77777777" w:rsidR="00A60B9F" w:rsidRPr="00065FD8" w:rsidRDefault="00A60B9F">
      <w:pPr>
        <w:rPr>
          <w:lang w:val="it-I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92"/>
      </w:tblGrid>
      <w:tr w:rsidR="00A60B9F" w:rsidRPr="00065FD8" w14:paraId="4F24DEB6" w14:textId="77777777">
        <w:trPr>
          <w:jc w:val="center"/>
        </w:trPr>
        <w:tc>
          <w:tcPr>
            <w:tcW w:w="10092" w:type="dxa"/>
            <w:shd w:val="clear" w:color="auto" w:fill="1B365D"/>
            <w:tcMar>
              <w:top w:w="70" w:type="dxa"/>
              <w:left w:w="140" w:type="dxa"/>
              <w:bottom w:w="70" w:type="dxa"/>
              <w:right w:w="140" w:type="dxa"/>
            </w:tcMar>
          </w:tcPr>
          <w:p w14:paraId="2AA676B6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color w:val="FFFFFF"/>
                <w:sz w:val="20"/>
                <w:lang w:val="it-IT"/>
              </w:rPr>
              <w:t>1. DATI ANAGRAFICI DEI GENITORI / ESERCENTI LA RESPONSABILITÀ GENITORIALE E DELL'ALUNNO/A</w:t>
            </w:r>
          </w:p>
        </w:tc>
      </w:tr>
    </w:tbl>
    <w:p w14:paraId="5480C79B" w14:textId="77777777" w:rsidR="00A60B9F" w:rsidRPr="00065FD8" w:rsidRDefault="00A60B9F">
      <w:pPr>
        <w:spacing w:after="40"/>
        <w:rPr>
          <w:lang w:val="it-IT"/>
        </w:rPr>
      </w:pPr>
    </w:p>
    <w:tbl>
      <w:tblPr>
        <w:tblW w:w="0" w:type="auto"/>
        <w:jc w:val="center"/>
        <w:tblBorders>
          <w:top w:val="single" w:sz="4" w:space="0" w:color="B0B8C4"/>
          <w:left w:val="single" w:sz="4" w:space="0" w:color="B0B8C4"/>
          <w:bottom w:val="single" w:sz="4" w:space="0" w:color="B0B8C4"/>
          <w:right w:val="single" w:sz="4" w:space="0" w:color="B0B8C4"/>
          <w:insideH w:val="single" w:sz="4" w:space="0" w:color="B0B8C4"/>
          <w:insideV w:val="single" w:sz="4" w:space="0" w:color="B0B8C4"/>
        </w:tblBorders>
        <w:tblLook w:val="04A0" w:firstRow="1" w:lastRow="0" w:firstColumn="1" w:lastColumn="0" w:noHBand="0" w:noVBand="1"/>
      </w:tblPr>
      <w:tblGrid>
        <w:gridCol w:w="10092"/>
      </w:tblGrid>
      <w:tr w:rsidR="00A60B9F" w:rsidRPr="007970DA" w14:paraId="35EDF4D5" w14:textId="77777777">
        <w:trPr>
          <w:jc w:val="center"/>
        </w:trPr>
        <w:tc>
          <w:tcPr>
            <w:tcW w:w="100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52BA722" w14:textId="7051E61D" w:rsidR="007970DA" w:rsidRDefault="00000000" w:rsidP="007970DA">
            <w:pPr>
              <w:spacing w:after="40"/>
              <w:rPr>
                <w:sz w:val="18"/>
                <w:lang w:val="it-IT"/>
              </w:rPr>
            </w:pPr>
            <w:r w:rsidRPr="00065FD8">
              <w:rPr>
                <w:b/>
                <w:color w:val="1B365D"/>
                <w:sz w:val="18"/>
                <w:lang w:val="it-IT"/>
              </w:rPr>
              <w:t>DICHIARANTE 1 (Genitore / Tutore / Soggetto esercente la responsabilità genitoriale)</w:t>
            </w:r>
            <w:r w:rsidRPr="00065FD8">
              <w:rPr>
                <w:b/>
                <w:color w:val="1B365D"/>
                <w:sz w:val="18"/>
                <w:lang w:val="it-IT"/>
              </w:rPr>
              <w:br/>
            </w:r>
            <w:r w:rsidRPr="00065FD8">
              <w:rPr>
                <w:sz w:val="18"/>
                <w:lang w:val="it-IT"/>
              </w:rPr>
              <w:t>Il/La sottoscritto/a (Cognome e Nome) _____________________________________________________________________</w:t>
            </w:r>
            <w:r w:rsidRPr="00065FD8">
              <w:rPr>
                <w:sz w:val="18"/>
                <w:lang w:val="it-IT"/>
              </w:rPr>
              <w:br/>
              <w:t>nato/a a ___________________________________________ (Prov. _____) il ____/____/________</w:t>
            </w:r>
            <w:r w:rsidRPr="00065FD8">
              <w:rPr>
                <w:sz w:val="18"/>
                <w:lang w:val="it-IT"/>
              </w:rPr>
              <w:br/>
              <w:t>Codice Fiscale |__|__|__|__|__|__|__|__|__|__|__|__|__|__|__|__| residente a _______________________________</w:t>
            </w:r>
            <w:r w:rsidRPr="00065FD8">
              <w:rPr>
                <w:sz w:val="18"/>
                <w:lang w:val="it-IT"/>
              </w:rPr>
              <w:br/>
              <w:t>in Via/Piazza _________________________________________ n. _____</w:t>
            </w:r>
            <w:r w:rsidR="007970DA">
              <w:rPr>
                <w:sz w:val="18"/>
                <w:lang w:val="it-IT"/>
              </w:rPr>
              <w:t xml:space="preserve"> </w:t>
            </w:r>
            <w:r w:rsidRPr="00065FD8">
              <w:rPr>
                <w:sz w:val="18"/>
                <w:lang w:val="it-IT"/>
              </w:rPr>
              <w:t>Tel./Cell.</w:t>
            </w:r>
            <w:r w:rsidR="007970DA">
              <w:rPr>
                <w:sz w:val="18"/>
                <w:lang w:val="it-IT"/>
              </w:rPr>
              <w:t xml:space="preserve"> </w:t>
            </w:r>
            <w:r w:rsidRPr="007970DA">
              <w:rPr>
                <w:sz w:val="18"/>
                <w:lang w:val="it-IT"/>
              </w:rPr>
              <w:t>__________________________</w:t>
            </w:r>
          </w:p>
          <w:p w14:paraId="6B7656D4" w14:textId="5EE9BE49" w:rsidR="00A60B9F" w:rsidRPr="007970DA" w:rsidRDefault="00000000" w:rsidP="007970DA">
            <w:pPr>
              <w:spacing w:after="40"/>
              <w:rPr>
                <w:lang w:val="it-IT"/>
              </w:rPr>
            </w:pPr>
            <w:r w:rsidRPr="007970DA">
              <w:rPr>
                <w:sz w:val="18"/>
                <w:lang w:val="it-IT"/>
              </w:rPr>
              <w:t>E-mail (obbligatoria per avvisi</w:t>
            </w:r>
            <w:r w:rsidR="007970DA" w:rsidRPr="007970DA">
              <w:rPr>
                <w:sz w:val="18"/>
                <w:lang w:val="it-IT"/>
              </w:rPr>
              <w:t xml:space="preserve"> PagoPA</w:t>
            </w:r>
            <w:r w:rsidRPr="007970DA">
              <w:rPr>
                <w:sz w:val="18"/>
                <w:lang w:val="it-IT"/>
              </w:rPr>
              <w:t>)</w:t>
            </w:r>
            <w:r w:rsidR="007970DA">
              <w:rPr>
                <w:sz w:val="18"/>
                <w:lang w:val="it-IT"/>
              </w:rPr>
              <w:t xml:space="preserve">   </w:t>
            </w:r>
            <w:r w:rsidRPr="007970DA">
              <w:rPr>
                <w:sz w:val="18"/>
                <w:lang w:val="it-IT"/>
              </w:rPr>
              <w:t>______________________________________</w:t>
            </w:r>
          </w:p>
        </w:tc>
      </w:tr>
      <w:tr w:rsidR="00A60B9F" w:rsidRPr="007970DA" w14:paraId="3010E0B5" w14:textId="77777777">
        <w:trPr>
          <w:jc w:val="center"/>
        </w:trPr>
        <w:tc>
          <w:tcPr>
            <w:tcW w:w="100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4D665ED" w14:textId="0B636AAC" w:rsidR="00A60B9F" w:rsidRPr="007970DA" w:rsidRDefault="00000000">
            <w:pPr>
              <w:spacing w:after="40"/>
              <w:rPr>
                <w:lang w:val="it-IT"/>
              </w:rPr>
            </w:pPr>
            <w:r w:rsidRPr="00065FD8">
              <w:rPr>
                <w:b/>
                <w:color w:val="1B365D"/>
                <w:sz w:val="18"/>
                <w:lang w:val="it-IT"/>
              </w:rPr>
              <w:t>DICHIARANTE 2 (Altro Genitore / Co-esercente la responsabilità genitoriale)</w:t>
            </w:r>
            <w:r w:rsidRPr="00065FD8">
              <w:rPr>
                <w:b/>
                <w:color w:val="1B365D"/>
                <w:sz w:val="18"/>
                <w:lang w:val="it-IT"/>
              </w:rPr>
              <w:br/>
            </w:r>
            <w:r w:rsidRPr="00065FD8">
              <w:rPr>
                <w:sz w:val="18"/>
                <w:lang w:val="it-IT"/>
              </w:rPr>
              <w:t>Il/La sottoscritto/a (Cognome e Nome) _____________________________________________________________________</w:t>
            </w:r>
            <w:r w:rsidRPr="00065FD8">
              <w:rPr>
                <w:sz w:val="18"/>
                <w:lang w:val="it-IT"/>
              </w:rPr>
              <w:br/>
              <w:t>nato/a a ___________________________________________ (Prov. _____) il ____/____/________</w:t>
            </w:r>
            <w:r w:rsidRPr="00065FD8">
              <w:rPr>
                <w:sz w:val="18"/>
                <w:lang w:val="it-IT"/>
              </w:rPr>
              <w:br/>
              <w:t>Codice Fiscale |__|__|__|__|__|__|__|__|__|__|__|__|__|__|__|__| residente a ______________________________</w:t>
            </w:r>
            <w:r w:rsidRPr="00065FD8">
              <w:rPr>
                <w:sz w:val="18"/>
                <w:lang w:val="it-IT"/>
              </w:rPr>
              <w:br/>
              <w:t>in Via/Piazza ____________________________________________________ n. _____</w:t>
            </w:r>
            <w:r w:rsidRPr="00065FD8">
              <w:rPr>
                <w:sz w:val="18"/>
                <w:lang w:val="it-IT"/>
              </w:rPr>
              <w:br/>
              <w:t xml:space="preserve">Tel./Cell. </w:t>
            </w:r>
            <w:r w:rsidRPr="007970DA">
              <w:rPr>
                <w:sz w:val="18"/>
                <w:lang w:val="it-IT"/>
              </w:rPr>
              <w:t>___________________________ E-mail ___________________________________________________</w:t>
            </w:r>
          </w:p>
        </w:tc>
      </w:tr>
      <w:tr w:rsidR="00A60B9F" w:rsidRPr="00065FD8" w14:paraId="389B40C6" w14:textId="77777777">
        <w:trPr>
          <w:jc w:val="center"/>
        </w:trPr>
        <w:tc>
          <w:tcPr>
            <w:tcW w:w="10092" w:type="dxa"/>
            <w:shd w:val="clear" w:color="auto" w:fill="F7F9FC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12894EA8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sz w:val="18"/>
                <w:lang w:val="it-IT"/>
              </w:rPr>
              <w:t xml:space="preserve">INTESTATARIO DEGLI AVVISI DI PAGAMENTO MENSILE PagoPA:   </w:t>
            </w:r>
            <w:r w:rsidRPr="00065FD8">
              <w:rPr>
                <w:sz w:val="17"/>
                <w:lang w:val="it-IT"/>
              </w:rPr>
              <w:t>☐ Dichiarante 1     ☐ Dichiarante 2</w:t>
            </w:r>
            <w:r w:rsidRPr="00065FD8">
              <w:rPr>
                <w:sz w:val="17"/>
                <w:lang w:val="it-IT"/>
              </w:rPr>
              <w:br/>
              <w:t>(N.B.: Il Codice Fiscale del soggetto indicato come intestatario è obbligatorio ai fini dell'emissione dei bollettini PagoPA)</w:t>
            </w:r>
          </w:p>
        </w:tc>
      </w:tr>
      <w:tr w:rsidR="00A60B9F" w14:paraId="179CFDF8" w14:textId="77777777">
        <w:trPr>
          <w:jc w:val="center"/>
        </w:trPr>
        <w:tc>
          <w:tcPr>
            <w:tcW w:w="100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710B92E" w14:textId="77777777" w:rsidR="00A60B9F" w:rsidRDefault="00000000">
            <w:pPr>
              <w:spacing w:after="40"/>
            </w:pPr>
            <w:r w:rsidRPr="00065FD8">
              <w:rPr>
                <w:b/>
                <w:color w:val="1B365D"/>
                <w:sz w:val="18"/>
                <w:lang w:val="it-IT"/>
              </w:rPr>
              <w:t>DATI DELL'ALUNNO/A ISCRITTO/A (Istituto Comprensivo di San Secondo Parmense – A.S. 2026/2027)</w:t>
            </w:r>
            <w:r w:rsidRPr="00065FD8">
              <w:rPr>
                <w:b/>
                <w:color w:val="1B365D"/>
                <w:sz w:val="18"/>
                <w:lang w:val="it-IT"/>
              </w:rPr>
              <w:br/>
            </w:r>
            <w:r w:rsidRPr="00065FD8">
              <w:rPr>
                <w:sz w:val="18"/>
                <w:lang w:val="it-IT"/>
              </w:rPr>
              <w:t>Cognome e Nome del/la minore __________________________________________________________________________</w:t>
            </w:r>
            <w:r w:rsidRPr="00065FD8">
              <w:rPr>
                <w:sz w:val="18"/>
                <w:lang w:val="it-IT"/>
              </w:rPr>
              <w:br/>
              <w:t>nato/a a ___________________________________________ (Prov. _____) il ____/____/________</w:t>
            </w:r>
            <w:r w:rsidRPr="00065FD8">
              <w:rPr>
                <w:sz w:val="18"/>
                <w:lang w:val="it-IT"/>
              </w:rPr>
              <w:br/>
              <w:t>Codice Fiscale |__|__|__|__|__|__|__|__|__|__|__|__|__|__|__|__| residente a ______________________________________</w:t>
            </w:r>
            <w:r w:rsidRPr="00065FD8">
              <w:rPr>
                <w:sz w:val="18"/>
                <w:lang w:val="it-IT"/>
              </w:rPr>
              <w:br/>
              <w:t>in Via/Piazza ____________________________________________________ n. _____</w:t>
            </w:r>
            <w:r w:rsidRPr="00065FD8">
              <w:rPr>
                <w:sz w:val="18"/>
                <w:lang w:val="it-IT"/>
              </w:rPr>
              <w:br/>
              <w:t>Frequentante nell'A.S. 2026/2027:   ☐ Scuola Primaria (Elementare)     ☐ Scuola Secondaria di I grado (Media)</w:t>
            </w:r>
            <w:r w:rsidRPr="00065FD8">
              <w:rPr>
                <w:sz w:val="18"/>
                <w:lang w:val="it-IT"/>
              </w:rPr>
              <w:br/>
              <w:t xml:space="preserve">Plesso di San Secondo Parmense – Classe _______ Sez. </w:t>
            </w:r>
            <w:r>
              <w:rPr>
                <w:sz w:val="18"/>
              </w:rPr>
              <w:t>_______</w:t>
            </w:r>
          </w:p>
        </w:tc>
      </w:tr>
    </w:tbl>
    <w:p w14:paraId="7CC7C7EA" w14:textId="77777777" w:rsidR="00A60B9F" w:rsidRDefault="00A60B9F">
      <w:pPr>
        <w:spacing w:after="80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92"/>
      </w:tblGrid>
      <w:tr w:rsidR="00A60B9F" w:rsidRPr="00065FD8" w14:paraId="0E2AB18B" w14:textId="77777777">
        <w:trPr>
          <w:jc w:val="center"/>
        </w:trPr>
        <w:tc>
          <w:tcPr>
            <w:tcW w:w="10092" w:type="dxa"/>
            <w:shd w:val="clear" w:color="auto" w:fill="1B365D"/>
            <w:tcMar>
              <w:top w:w="70" w:type="dxa"/>
              <w:left w:w="140" w:type="dxa"/>
              <w:bottom w:w="70" w:type="dxa"/>
              <w:right w:w="140" w:type="dxa"/>
            </w:tcMar>
          </w:tcPr>
          <w:p w14:paraId="174D5E63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color w:val="FFFFFF"/>
                <w:sz w:val="20"/>
                <w:lang w:val="it-IT"/>
              </w:rPr>
              <w:t>2. SCELTA DELLA FREQUENZA SETTIMANALE, GIORNATE E PIANO TARIFFARIO (A.S. 2026/2027)</w:t>
            </w:r>
          </w:p>
        </w:tc>
      </w:tr>
    </w:tbl>
    <w:p w14:paraId="16E9D01B" w14:textId="77777777" w:rsidR="00A60B9F" w:rsidRPr="00065FD8" w:rsidRDefault="00A60B9F">
      <w:pPr>
        <w:spacing w:after="40"/>
        <w:rPr>
          <w:lang w:val="it-IT"/>
        </w:rPr>
      </w:pPr>
    </w:p>
    <w:p w14:paraId="22E14E8A" w14:textId="005CD870" w:rsidR="00A60B9F" w:rsidRPr="00065FD8" w:rsidRDefault="00000000">
      <w:pPr>
        <w:spacing w:after="80"/>
        <w:rPr>
          <w:lang w:val="it-IT"/>
        </w:rPr>
      </w:pPr>
      <w:r w:rsidRPr="00065FD8">
        <w:rPr>
          <w:sz w:val="18"/>
          <w:lang w:val="it-IT"/>
        </w:rPr>
        <w:t>CHIEDONO di iscrivere il/la proprio/a figlio/a al Servizio di Doposcuola comunale per l'A.S. 2026/2027, articolato su n. 3 giornate settimanali (Martedì, Giovedì e Venerdì) presso i locali dell'Istituto Comprensivo di San Secondo Parmense, secondo la seguente modalità di frequenza e contribuzione mensile:</w:t>
      </w:r>
    </w:p>
    <w:tbl>
      <w:tblPr>
        <w:tblW w:w="0" w:type="auto"/>
        <w:jc w:val="center"/>
        <w:tblBorders>
          <w:top w:val="single" w:sz="4" w:space="0" w:color="B0B8C4"/>
          <w:left w:val="single" w:sz="4" w:space="0" w:color="B0B8C4"/>
          <w:bottom w:val="single" w:sz="4" w:space="0" w:color="B0B8C4"/>
          <w:right w:val="single" w:sz="4" w:space="0" w:color="B0B8C4"/>
          <w:insideH w:val="single" w:sz="4" w:space="0" w:color="B0B8C4"/>
          <w:insideV w:val="single" w:sz="4" w:space="0" w:color="B0B8C4"/>
        </w:tblBorders>
        <w:tblLook w:val="04A0" w:firstRow="1" w:lastRow="0" w:firstColumn="1" w:lastColumn="0" w:noHBand="0" w:noVBand="1"/>
      </w:tblPr>
      <w:tblGrid>
        <w:gridCol w:w="3628"/>
        <w:gridCol w:w="1871"/>
        <w:gridCol w:w="1531"/>
        <w:gridCol w:w="1531"/>
        <w:gridCol w:w="1531"/>
      </w:tblGrid>
      <w:tr w:rsidR="00A60B9F" w:rsidRPr="00065FD8" w14:paraId="325C94D5" w14:textId="77777777">
        <w:trPr>
          <w:jc w:val="center"/>
        </w:trPr>
        <w:tc>
          <w:tcPr>
            <w:tcW w:w="3628" w:type="dxa"/>
            <w:shd w:val="clear" w:color="auto" w:fill="E8EEF5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88EB67C" w14:textId="77777777" w:rsidR="00A60B9F" w:rsidRPr="00065FD8" w:rsidRDefault="00000000">
            <w:pPr>
              <w:spacing w:after="0"/>
              <w:jc w:val="center"/>
              <w:rPr>
                <w:lang w:val="it-IT"/>
              </w:rPr>
            </w:pPr>
            <w:r w:rsidRPr="00065FD8">
              <w:rPr>
                <w:b/>
                <w:color w:val="1B365D"/>
                <w:sz w:val="17"/>
                <w:lang w:val="it-IT"/>
              </w:rPr>
              <w:t>OPZIONE DI FREQUENZA</w:t>
            </w:r>
            <w:r w:rsidRPr="00065FD8">
              <w:rPr>
                <w:b/>
                <w:color w:val="1B365D"/>
                <w:sz w:val="17"/>
                <w:lang w:val="it-IT"/>
              </w:rPr>
              <w:br/>
              <w:t>(barrare la scelta)</w:t>
            </w:r>
          </w:p>
        </w:tc>
        <w:tc>
          <w:tcPr>
            <w:tcW w:w="1871" w:type="dxa"/>
            <w:shd w:val="clear" w:color="auto" w:fill="E8EEF5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55FB8F48" w14:textId="77777777" w:rsidR="00A60B9F" w:rsidRDefault="00000000">
            <w:pPr>
              <w:spacing w:after="0"/>
              <w:jc w:val="center"/>
            </w:pPr>
            <w:r>
              <w:rPr>
                <w:b/>
                <w:color w:val="1B365D"/>
                <w:sz w:val="17"/>
              </w:rPr>
              <w:t>MONTE ORE SETTIMANALE</w:t>
            </w:r>
          </w:p>
        </w:tc>
        <w:tc>
          <w:tcPr>
            <w:tcW w:w="1531" w:type="dxa"/>
            <w:shd w:val="clear" w:color="auto" w:fill="E8EEF5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2EB4AE00" w14:textId="77777777" w:rsidR="00A60B9F" w:rsidRDefault="00000000">
            <w:pPr>
              <w:spacing w:after="0"/>
              <w:jc w:val="center"/>
            </w:pPr>
            <w:r>
              <w:rPr>
                <w:b/>
                <w:color w:val="1B365D"/>
                <w:sz w:val="17"/>
              </w:rPr>
              <w:t>TARIFFA MENSILE</w:t>
            </w:r>
            <w:r>
              <w:rPr>
                <w:b/>
                <w:color w:val="1B365D"/>
                <w:sz w:val="17"/>
              </w:rPr>
              <w:br/>
              <w:t>1° FIGLIO</w:t>
            </w:r>
          </w:p>
        </w:tc>
        <w:tc>
          <w:tcPr>
            <w:tcW w:w="1531" w:type="dxa"/>
            <w:shd w:val="clear" w:color="auto" w:fill="E8EEF5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6483FE9B" w14:textId="77777777" w:rsidR="00A60B9F" w:rsidRDefault="00000000">
            <w:pPr>
              <w:spacing w:after="0"/>
              <w:jc w:val="center"/>
            </w:pPr>
            <w:r>
              <w:rPr>
                <w:b/>
                <w:color w:val="1B365D"/>
                <w:sz w:val="17"/>
              </w:rPr>
              <w:t>TARIFFA MENSILE</w:t>
            </w:r>
            <w:r>
              <w:rPr>
                <w:b/>
                <w:color w:val="1B365D"/>
                <w:sz w:val="17"/>
              </w:rPr>
              <w:br/>
              <w:t>2° FIGLIO</w:t>
            </w:r>
          </w:p>
        </w:tc>
        <w:tc>
          <w:tcPr>
            <w:tcW w:w="1531" w:type="dxa"/>
            <w:shd w:val="clear" w:color="auto" w:fill="E8EEF5"/>
            <w:tcMar>
              <w:top w:w="60" w:type="dxa"/>
              <w:left w:w="80" w:type="dxa"/>
              <w:bottom w:w="60" w:type="dxa"/>
              <w:right w:w="80" w:type="dxa"/>
            </w:tcMar>
          </w:tcPr>
          <w:p w14:paraId="36CB5A86" w14:textId="77777777" w:rsidR="00A60B9F" w:rsidRPr="00065FD8" w:rsidRDefault="00000000">
            <w:pPr>
              <w:spacing w:after="0"/>
              <w:jc w:val="center"/>
              <w:rPr>
                <w:lang w:val="it-IT"/>
              </w:rPr>
            </w:pPr>
            <w:r w:rsidRPr="00065FD8">
              <w:rPr>
                <w:b/>
                <w:color w:val="1B365D"/>
                <w:sz w:val="17"/>
                <w:lang w:val="it-IT"/>
              </w:rPr>
              <w:t>TARIFFA MENSILE</w:t>
            </w:r>
            <w:r w:rsidRPr="00065FD8">
              <w:rPr>
                <w:b/>
                <w:color w:val="1B365D"/>
                <w:sz w:val="17"/>
                <w:lang w:val="it-IT"/>
              </w:rPr>
              <w:br/>
              <w:t>3° FIGLIO E OLTRE</w:t>
            </w:r>
          </w:p>
        </w:tc>
      </w:tr>
      <w:tr w:rsidR="00A60B9F" w14:paraId="39BEAD24" w14:textId="77777777">
        <w:trPr>
          <w:jc w:val="center"/>
        </w:trPr>
        <w:tc>
          <w:tcPr>
            <w:tcW w:w="3628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24C6742A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sz w:val="17"/>
                <w:lang w:val="it-IT"/>
              </w:rPr>
              <w:t>☐ PARTECIPAZIONE SINGOLA</w:t>
            </w:r>
            <w:r w:rsidRPr="00065FD8">
              <w:rPr>
                <w:b/>
                <w:sz w:val="17"/>
                <w:lang w:val="it-IT"/>
              </w:rPr>
              <w:br/>
              <w:t>(n. 1 appuntamento a settimana)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C633F5B" w14:textId="77777777" w:rsidR="00A60B9F" w:rsidRDefault="00000000">
            <w:pPr>
              <w:spacing w:after="0"/>
              <w:jc w:val="center"/>
            </w:pPr>
            <w:r>
              <w:rPr>
                <w:sz w:val="17"/>
              </w:rPr>
              <w:t>2 ore a settimana</w:t>
            </w:r>
          </w:p>
        </w:tc>
        <w:tc>
          <w:tcPr>
            <w:tcW w:w="1531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36826691" w14:textId="77777777" w:rsidR="00A60B9F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>€ 40,00 / mese</w:t>
            </w:r>
          </w:p>
        </w:tc>
        <w:tc>
          <w:tcPr>
            <w:tcW w:w="1531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3A5A0B7" w14:textId="77777777" w:rsidR="00A60B9F" w:rsidRDefault="00000000">
            <w:pPr>
              <w:spacing w:after="0"/>
              <w:jc w:val="center"/>
            </w:pPr>
            <w:r>
              <w:rPr>
                <w:sz w:val="17"/>
              </w:rPr>
              <w:t>€ 30,00 / mese</w:t>
            </w:r>
          </w:p>
        </w:tc>
        <w:tc>
          <w:tcPr>
            <w:tcW w:w="1531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441376BB" w14:textId="77777777" w:rsidR="00A60B9F" w:rsidRDefault="00000000">
            <w:pPr>
              <w:spacing w:after="0"/>
              <w:jc w:val="center"/>
            </w:pPr>
            <w:r>
              <w:rPr>
                <w:sz w:val="17"/>
              </w:rPr>
              <w:t>€ 20,00 / mese</w:t>
            </w:r>
          </w:p>
        </w:tc>
      </w:tr>
      <w:tr w:rsidR="00A60B9F" w14:paraId="6D83CE4A" w14:textId="77777777">
        <w:trPr>
          <w:jc w:val="center"/>
        </w:trPr>
        <w:tc>
          <w:tcPr>
            <w:tcW w:w="3628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305034F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sz w:val="17"/>
                <w:lang w:val="it-IT"/>
              </w:rPr>
              <w:lastRenderedPageBreak/>
              <w:t>☐ PARTECIPAZIONE MULTIPLA</w:t>
            </w:r>
            <w:r w:rsidRPr="00065FD8">
              <w:rPr>
                <w:b/>
                <w:sz w:val="17"/>
                <w:lang w:val="it-IT"/>
              </w:rPr>
              <w:br/>
              <w:t>(n. 2 o 3 appuntamenti a settimana)</w:t>
            </w:r>
            <w:r w:rsidRPr="00065FD8">
              <w:rPr>
                <w:b/>
                <w:sz w:val="17"/>
                <w:lang w:val="it-IT"/>
              </w:rPr>
              <w:br/>
              <w:t>Indicare:  ☐ 2 giorni   ☐ 3 giorni</w:t>
            </w:r>
          </w:p>
        </w:tc>
        <w:tc>
          <w:tcPr>
            <w:tcW w:w="1871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25CE79B" w14:textId="77777777" w:rsidR="00A60B9F" w:rsidRPr="00065FD8" w:rsidRDefault="00000000">
            <w:pPr>
              <w:spacing w:after="0"/>
              <w:jc w:val="center"/>
              <w:rPr>
                <w:lang w:val="it-IT"/>
              </w:rPr>
            </w:pPr>
            <w:r w:rsidRPr="00065FD8">
              <w:rPr>
                <w:sz w:val="17"/>
                <w:lang w:val="it-IT"/>
              </w:rPr>
              <w:t>4 ore (2 gg.) oppure</w:t>
            </w:r>
            <w:r w:rsidRPr="00065FD8">
              <w:rPr>
                <w:sz w:val="17"/>
                <w:lang w:val="it-IT"/>
              </w:rPr>
              <w:br/>
              <w:t>6 ore (3 gg.) a settimana</w:t>
            </w:r>
          </w:p>
        </w:tc>
        <w:tc>
          <w:tcPr>
            <w:tcW w:w="1531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512E1374" w14:textId="77777777" w:rsidR="00A60B9F" w:rsidRDefault="00000000">
            <w:pPr>
              <w:spacing w:after="0"/>
              <w:jc w:val="center"/>
            </w:pPr>
            <w:r>
              <w:rPr>
                <w:b/>
                <w:sz w:val="17"/>
              </w:rPr>
              <w:t>€ 70,00 / mese</w:t>
            </w:r>
          </w:p>
        </w:tc>
        <w:tc>
          <w:tcPr>
            <w:tcW w:w="1531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FAD236D" w14:textId="77777777" w:rsidR="00A60B9F" w:rsidRDefault="00000000">
            <w:pPr>
              <w:spacing w:after="0"/>
              <w:jc w:val="center"/>
            </w:pPr>
            <w:r>
              <w:rPr>
                <w:sz w:val="17"/>
              </w:rPr>
              <w:t>€ 60,00 / mese</w:t>
            </w:r>
          </w:p>
        </w:tc>
        <w:tc>
          <w:tcPr>
            <w:tcW w:w="1531" w:type="dxa"/>
            <w:tcMar>
              <w:top w:w="70" w:type="dxa"/>
              <w:left w:w="80" w:type="dxa"/>
              <w:bottom w:w="70" w:type="dxa"/>
              <w:right w:w="80" w:type="dxa"/>
            </w:tcMar>
          </w:tcPr>
          <w:p w14:paraId="60350814" w14:textId="77777777" w:rsidR="00A60B9F" w:rsidRDefault="00000000">
            <w:pPr>
              <w:spacing w:after="0"/>
              <w:jc w:val="center"/>
            </w:pPr>
            <w:r>
              <w:rPr>
                <w:sz w:val="17"/>
              </w:rPr>
              <w:t>€ 50,00 / mese</w:t>
            </w:r>
          </w:p>
        </w:tc>
      </w:tr>
    </w:tbl>
    <w:p w14:paraId="748DE3B7" w14:textId="77777777" w:rsidR="00A60B9F" w:rsidRDefault="00A60B9F"/>
    <w:tbl>
      <w:tblPr>
        <w:tblW w:w="0" w:type="auto"/>
        <w:jc w:val="center"/>
        <w:tblBorders>
          <w:top w:val="single" w:sz="4" w:space="0" w:color="B0B8C4"/>
          <w:left w:val="single" w:sz="4" w:space="0" w:color="B0B8C4"/>
          <w:bottom w:val="single" w:sz="4" w:space="0" w:color="B0B8C4"/>
          <w:right w:val="single" w:sz="4" w:space="0" w:color="B0B8C4"/>
          <w:insideH w:val="single" w:sz="4" w:space="0" w:color="B0B8C4"/>
          <w:insideV w:val="single" w:sz="4" w:space="0" w:color="B0B8C4"/>
        </w:tblBorders>
        <w:tblLook w:val="04A0" w:firstRow="1" w:lastRow="0" w:firstColumn="1" w:lastColumn="0" w:noHBand="0" w:noVBand="1"/>
      </w:tblPr>
      <w:tblGrid>
        <w:gridCol w:w="3362"/>
        <w:gridCol w:w="3362"/>
        <w:gridCol w:w="3368"/>
        <w:gridCol w:w="20"/>
      </w:tblGrid>
      <w:tr w:rsidR="00A60B9F" w14:paraId="58ACAFD5" w14:textId="77777777">
        <w:trPr>
          <w:jc w:val="center"/>
        </w:trPr>
        <w:tc>
          <w:tcPr>
            <w:tcW w:w="3362" w:type="dxa"/>
            <w:shd w:val="clear" w:color="auto" w:fill="F2F5F9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65E6FC" w14:textId="77777777" w:rsidR="00A60B9F" w:rsidRDefault="00000000">
            <w:pPr>
              <w:spacing w:after="0"/>
              <w:jc w:val="center"/>
            </w:pPr>
            <w:r>
              <w:rPr>
                <w:b/>
                <w:color w:val="1B365D"/>
                <w:sz w:val="18"/>
              </w:rPr>
              <w:t>☐ MARTEDÌ (barrare se scelto)</w:t>
            </w:r>
          </w:p>
        </w:tc>
        <w:tc>
          <w:tcPr>
            <w:tcW w:w="3362" w:type="dxa"/>
            <w:shd w:val="clear" w:color="auto" w:fill="F2F5F9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5AFCA2" w14:textId="77777777" w:rsidR="00A60B9F" w:rsidRDefault="00000000">
            <w:pPr>
              <w:spacing w:after="0"/>
              <w:jc w:val="center"/>
            </w:pPr>
            <w:r>
              <w:rPr>
                <w:b/>
                <w:color w:val="1B365D"/>
                <w:sz w:val="18"/>
              </w:rPr>
              <w:t>☐ GIOVEDÌ (barrare se scelto)</w:t>
            </w:r>
          </w:p>
        </w:tc>
        <w:tc>
          <w:tcPr>
            <w:tcW w:w="3362" w:type="dxa"/>
            <w:gridSpan w:val="2"/>
            <w:shd w:val="clear" w:color="auto" w:fill="F2F5F9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9A9757" w14:textId="77777777" w:rsidR="00A60B9F" w:rsidRDefault="00000000">
            <w:pPr>
              <w:spacing w:after="0"/>
              <w:jc w:val="center"/>
            </w:pPr>
            <w:r>
              <w:rPr>
                <w:b/>
                <w:color w:val="1B365D"/>
                <w:sz w:val="18"/>
              </w:rPr>
              <w:t>☐ VENERDÌ (barrare se scelto)</w:t>
            </w:r>
          </w:p>
        </w:tc>
      </w:tr>
      <w:tr w:rsidR="00A60B9F" w14:paraId="30BD5A8E" w14:textId="77777777">
        <w:trPr>
          <w:jc w:val="center"/>
        </w:trPr>
        <w:tc>
          <w:tcPr>
            <w:tcW w:w="3362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E2664D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sz w:val="17"/>
                <w:lang w:val="it-IT"/>
              </w:rPr>
              <w:t>• Scuola Media (Sec. I gr.): 14:30 – 16:30</w:t>
            </w:r>
            <w:r w:rsidRPr="00065FD8">
              <w:rPr>
                <w:sz w:val="17"/>
                <w:lang w:val="it-IT"/>
              </w:rPr>
              <w:br/>
              <w:t>• Scuola Elementare (Primaria): 16:30 – 18:30</w:t>
            </w:r>
          </w:p>
        </w:tc>
        <w:tc>
          <w:tcPr>
            <w:tcW w:w="3362" w:type="dxa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7B95B4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sz w:val="17"/>
                <w:lang w:val="it-IT"/>
              </w:rPr>
              <w:t>• Scuola Media (Sec. I gr.): 14:30 – 16:30</w:t>
            </w:r>
            <w:r w:rsidRPr="00065FD8">
              <w:rPr>
                <w:sz w:val="17"/>
                <w:lang w:val="it-IT"/>
              </w:rPr>
              <w:br/>
              <w:t>• Scuola Elementare (Primaria): 16:30 – 18:30</w:t>
            </w:r>
          </w:p>
        </w:tc>
        <w:tc>
          <w:tcPr>
            <w:tcW w:w="3362" w:type="dxa"/>
            <w:gridSpan w:val="2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2AEC70" w14:textId="77777777" w:rsidR="00A60B9F" w:rsidRDefault="00000000">
            <w:pPr>
              <w:spacing w:after="0"/>
            </w:pPr>
            <w:r w:rsidRPr="00065FD8">
              <w:rPr>
                <w:sz w:val="17"/>
                <w:lang w:val="it-IT"/>
              </w:rPr>
              <w:t>• Scuola Elementare (Primaria): 14:30 – 16:30</w:t>
            </w:r>
            <w:r w:rsidRPr="00065FD8">
              <w:rPr>
                <w:sz w:val="17"/>
                <w:lang w:val="it-IT"/>
              </w:rPr>
              <w:br/>
              <w:t xml:space="preserve">• Scuola Media (Sec. </w:t>
            </w:r>
            <w:r>
              <w:rPr>
                <w:sz w:val="17"/>
              </w:rPr>
              <w:t>I gr.): 16:30 – 18:30</w:t>
            </w:r>
          </w:p>
        </w:tc>
      </w:tr>
      <w:tr w:rsidR="00A60B9F" w:rsidRPr="00065FD8" w14:paraId="3E7283AA" w14:textId="77777777">
        <w:trPr>
          <w:gridAfter w:val="1"/>
          <w:wAfter w:w="20" w:type="dxa"/>
          <w:jc w:val="center"/>
        </w:trPr>
        <w:tc>
          <w:tcPr>
            <w:tcW w:w="10092" w:type="dxa"/>
            <w:gridSpan w:val="3"/>
            <w:tcMar>
              <w:top w:w="70" w:type="dxa"/>
              <w:left w:w="120" w:type="dxa"/>
              <w:bottom w:w="70" w:type="dxa"/>
              <w:right w:w="120" w:type="dxa"/>
            </w:tcMar>
          </w:tcPr>
          <w:p w14:paraId="6B47D991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sz w:val="17"/>
                <w:lang w:val="it-IT"/>
              </w:rPr>
              <w:t>PRESENZA DI ALTRI FRATELLI/SORELLE ISCRITTI AL SERVIZIO DOPOSCUOLA A.S. 2026/2027 (ai fini della riduzione tariffaria):</w:t>
            </w:r>
            <w:r w:rsidRPr="00065FD8">
              <w:rPr>
                <w:b/>
                <w:sz w:val="17"/>
                <w:lang w:val="it-IT"/>
              </w:rPr>
              <w:br/>
            </w:r>
            <w:r w:rsidRPr="00065FD8">
              <w:rPr>
                <w:sz w:val="17"/>
                <w:lang w:val="it-IT"/>
              </w:rPr>
              <w:t>☐ NO          ☐ SÌ (specificare Cognome, Nome e classe frequentata dagli altri fratelli/sorelle iscritti):</w:t>
            </w:r>
            <w:r w:rsidRPr="00065FD8">
              <w:rPr>
                <w:sz w:val="17"/>
                <w:lang w:val="it-IT"/>
              </w:rPr>
              <w:br/>
              <w:t>1) Cognome e Nome ____________________________________________________ Classe/Scuola ______________________</w:t>
            </w:r>
            <w:r w:rsidRPr="00065FD8">
              <w:rPr>
                <w:sz w:val="17"/>
                <w:lang w:val="it-IT"/>
              </w:rPr>
              <w:br/>
              <w:t>2) Cognome e Nome ____________________________________________________ Classe/Scuola ______________________</w:t>
            </w:r>
            <w:r w:rsidRPr="00065FD8">
              <w:rPr>
                <w:sz w:val="17"/>
                <w:lang w:val="it-IT"/>
              </w:rPr>
              <w:br/>
              <w:t>(Nota: Eventuali ulteriori riduzioni in situazioni di fragilità socio-economica potranno essere valutate esclusivamente dal Servizio Sociale Territoriale competente).</w:t>
            </w:r>
          </w:p>
        </w:tc>
      </w:tr>
    </w:tbl>
    <w:p w14:paraId="4A31F17D" w14:textId="77777777" w:rsidR="00A60B9F" w:rsidRPr="00065FD8" w:rsidRDefault="00A60B9F">
      <w:pPr>
        <w:spacing w:after="80"/>
        <w:rPr>
          <w:lang w:val="it-I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92"/>
      </w:tblGrid>
      <w:tr w:rsidR="00A60B9F" w:rsidRPr="00065FD8" w14:paraId="17ADC1F2" w14:textId="77777777">
        <w:trPr>
          <w:jc w:val="center"/>
        </w:trPr>
        <w:tc>
          <w:tcPr>
            <w:tcW w:w="10092" w:type="dxa"/>
            <w:shd w:val="clear" w:color="auto" w:fill="1B365D"/>
            <w:tcMar>
              <w:top w:w="70" w:type="dxa"/>
              <w:left w:w="140" w:type="dxa"/>
              <w:bottom w:w="70" w:type="dxa"/>
              <w:right w:w="140" w:type="dxa"/>
            </w:tcMar>
          </w:tcPr>
          <w:p w14:paraId="790A355A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color w:val="FFFFFF"/>
                <w:sz w:val="20"/>
                <w:lang w:val="it-IT"/>
              </w:rPr>
              <w:t>3. INFORMAZIONI EDUCATIVE, SANITARIE E RACCORDO CON L'ISTITUTO SCOLASTICO</w:t>
            </w:r>
          </w:p>
        </w:tc>
      </w:tr>
    </w:tbl>
    <w:p w14:paraId="7FF62B50" w14:textId="77777777" w:rsidR="00A60B9F" w:rsidRPr="00065FD8" w:rsidRDefault="00A60B9F">
      <w:pPr>
        <w:spacing w:after="40"/>
        <w:rPr>
          <w:lang w:val="it-IT"/>
        </w:rPr>
      </w:pPr>
    </w:p>
    <w:tbl>
      <w:tblPr>
        <w:tblW w:w="0" w:type="auto"/>
        <w:jc w:val="center"/>
        <w:tblBorders>
          <w:top w:val="single" w:sz="4" w:space="0" w:color="B0B8C4"/>
          <w:left w:val="single" w:sz="4" w:space="0" w:color="B0B8C4"/>
          <w:bottom w:val="single" w:sz="4" w:space="0" w:color="B0B8C4"/>
          <w:right w:val="single" w:sz="4" w:space="0" w:color="B0B8C4"/>
          <w:insideH w:val="single" w:sz="4" w:space="0" w:color="B0B8C4"/>
          <w:insideV w:val="single" w:sz="4" w:space="0" w:color="B0B8C4"/>
        </w:tblBorders>
        <w:tblLook w:val="04A0" w:firstRow="1" w:lastRow="0" w:firstColumn="1" w:lastColumn="0" w:noHBand="0" w:noVBand="1"/>
      </w:tblPr>
      <w:tblGrid>
        <w:gridCol w:w="10168"/>
      </w:tblGrid>
      <w:tr w:rsidR="00A60B9F" w:rsidRPr="00065FD8" w14:paraId="75DEF5EE" w14:textId="77777777">
        <w:trPr>
          <w:jc w:val="center"/>
        </w:trPr>
        <w:tc>
          <w:tcPr>
            <w:tcW w:w="100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1E8AA6E" w14:textId="77777777" w:rsidR="00A60B9F" w:rsidRPr="00065FD8" w:rsidRDefault="00000000">
            <w:pPr>
              <w:spacing w:after="40"/>
              <w:rPr>
                <w:lang w:val="it-IT"/>
              </w:rPr>
            </w:pPr>
            <w:r w:rsidRPr="00065FD8">
              <w:rPr>
                <w:b/>
                <w:sz w:val="18"/>
                <w:lang w:val="it-IT"/>
              </w:rPr>
              <w:t>I sottoscritti DICHIARANO, sotto la propria responsabilità:</w:t>
            </w:r>
            <w:r w:rsidRPr="00065FD8">
              <w:rPr>
                <w:b/>
                <w:sz w:val="18"/>
                <w:lang w:val="it-IT"/>
              </w:rPr>
              <w:br/>
            </w:r>
            <w:r w:rsidRPr="00065FD8">
              <w:rPr>
                <w:sz w:val="17"/>
                <w:lang w:val="it-IT"/>
              </w:rPr>
              <w:t>• che il/la minore:     ☐ È in possesso di PDP / PEI          ☐ NON è in possesso di PDP / PEI</w:t>
            </w:r>
            <w:r w:rsidRPr="00065FD8">
              <w:rPr>
                <w:sz w:val="17"/>
                <w:lang w:val="it-IT"/>
              </w:rPr>
              <w:br/>
              <w:t>• di  ☐ AUTORIZZARE     ☐ NON AUTORIZZARE  il personale educativo della Cooperativa affidataria a confrontarsi con i docenti dell'Istituto Comprensivo e/o con altre figure professionali di riferimento in merito ai bisogni educativi e didattici dell'alunno/a;</w:t>
            </w:r>
            <w:r w:rsidRPr="00065FD8">
              <w:rPr>
                <w:sz w:val="17"/>
                <w:lang w:val="it-IT"/>
              </w:rPr>
              <w:br/>
              <w:t>• Eventuali allergie, intolleranze alimentari (anche in relazione alla merenda portata da casa), patologie o esigenze particolari di cui gli operatori devono essere a conoscenza per la tutela del minore:</w:t>
            </w:r>
            <w:r w:rsidRPr="00065FD8">
              <w:rPr>
                <w:sz w:val="17"/>
                <w:lang w:val="it-IT"/>
              </w:rPr>
              <w:br/>
              <w:t xml:space="preserve">  ☐ Nessuna segnalazione particolare</w:t>
            </w:r>
            <w:r w:rsidRPr="00065FD8">
              <w:rPr>
                <w:sz w:val="17"/>
                <w:lang w:val="it-IT"/>
              </w:rPr>
              <w:br/>
              <w:t xml:space="preserve">  ☐ Si segnala quanto segue: _________________________________________________________________________________</w:t>
            </w:r>
            <w:r w:rsidRPr="00065FD8">
              <w:rPr>
                <w:sz w:val="17"/>
                <w:lang w:val="it-IT"/>
              </w:rPr>
              <w:br/>
              <w:t xml:space="preserve">  _________________________________________________________________________________________________________</w:t>
            </w:r>
            <w:r w:rsidRPr="00065FD8">
              <w:rPr>
                <w:sz w:val="17"/>
                <w:lang w:val="it-IT"/>
              </w:rPr>
              <w:br/>
              <w:t xml:space="preserve">  (Si prende atto che il personale educativo non è autorizzato alla somministrazione di farmaci, salvo specifici protocolli per farmaci salvavita preventivamente concordati e autorizzati).</w:t>
            </w:r>
          </w:p>
        </w:tc>
      </w:tr>
    </w:tbl>
    <w:p w14:paraId="058D9F9B" w14:textId="77777777" w:rsidR="00A60B9F" w:rsidRPr="00065FD8" w:rsidRDefault="00A60B9F">
      <w:pPr>
        <w:spacing w:after="80"/>
        <w:rPr>
          <w:lang w:val="it-I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92"/>
      </w:tblGrid>
      <w:tr w:rsidR="00A60B9F" w:rsidRPr="00065FD8" w14:paraId="555FFEB2" w14:textId="77777777">
        <w:trPr>
          <w:jc w:val="center"/>
        </w:trPr>
        <w:tc>
          <w:tcPr>
            <w:tcW w:w="10092" w:type="dxa"/>
            <w:shd w:val="clear" w:color="auto" w:fill="1B365D"/>
            <w:tcMar>
              <w:top w:w="70" w:type="dxa"/>
              <w:left w:w="140" w:type="dxa"/>
              <w:bottom w:w="70" w:type="dxa"/>
              <w:right w:w="140" w:type="dxa"/>
            </w:tcMar>
          </w:tcPr>
          <w:p w14:paraId="25309F67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color w:val="FFFFFF"/>
                <w:sz w:val="20"/>
                <w:lang w:val="it-IT"/>
              </w:rPr>
              <w:t>4. MODALITÀ DI USCITA AL TERMINE DEL DOPOSCUOLA, DELEGHE AL RITIRO E USCITA AUTONOMA</w:t>
            </w:r>
          </w:p>
        </w:tc>
      </w:tr>
    </w:tbl>
    <w:p w14:paraId="5EBAC90E" w14:textId="77777777" w:rsidR="00A60B9F" w:rsidRPr="00065FD8" w:rsidRDefault="00A60B9F">
      <w:pPr>
        <w:spacing w:after="40"/>
        <w:rPr>
          <w:lang w:val="it-IT"/>
        </w:rPr>
      </w:pPr>
    </w:p>
    <w:tbl>
      <w:tblPr>
        <w:tblW w:w="0" w:type="auto"/>
        <w:jc w:val="center"/>
        <w:tblBorders>
          <w:top w:val="single" w:sz="4" w:space="0" w:color="B0B8C4"/>
          <w:left w:val="single" w:sz="4" w:space="0" w:color="B0B8C4"/>
          <w:bottom w:val="single" w:sz="4" w:space="0" w:color="B0B8C4"/>
          <w:right w:val="single" w:sz="4" w:space="0" w:color="B0B8C4"/>
          <w:insideH w:val="single" w:sz="4" w:space="0" w:color="B0B8C4"/>
          <w:insideV w:val="single" w:sz="4" w:space="0" w:color="B0B8C4"/>
        </w:tblBorders>
        <w:tblLook w:val="04A0" w:firstRow="1" w:lastRow="0" w:firstColumn="1" w:lastColumn="0" w:noHBand="0" w:noVBand="1"/>
      </w:tblPr>
      <w:tblGrid>
        <w:gridCol w:w="10092"/>
      </w:tblGrid>
      <w:tr w:rsidR="00A60B9F" w14:paraId="68125430" w14:textId="77777777">
        <w:trPr>
          <w:jc w:val="center"/>
        </w:trPr>
        <w:tc>
          <w:tcPr>
            <w:tcW w:w="100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EC0087C" w14:textId="77777777" w:rsidR="00A60B9F" w:rsidRDefault="00000000">
            <w:pPr>
              <w:spacing w:after="40"/>
            </w:pPr>
            <w:r w:rsidRPr="00065FD8">
              <w:rPr>
                <w:b/>
                <w:color w:val="1B365D"/>
                <w:sz w:val="18"/>
                <w:lang w:val="it-IT"/>
              </w:rPr>
              <w:t>A) RITIRO DEL MINORE E DELEGATI (Per tutti gli alunni della Scuola Primaria e per gli alunni della Scuola Secondaria che non usufruiscono dell'uscita autonoma)</w:t>
            </w:r>
            <w:r w:rsidRPr="00065FD8">
              <w:rPr>
                <w:b/>
                <w:color w:val="1B365D"/>
                <w:sz w:val="18"/>
                <w:lang w:val="it-IT"/>
              </w:rPr>
              <w:br/>
            </w:r>
            <w:r w:rsidRPr="00065FD8">
              <w:rPr>
                <w:sz w:val="17"/>
                <w:lang w:val="it-IT"/>
              </w:rPr>
              <w:t>I sottoscritti si impegnano a ritirare puntualmente il/la minore al termine dell'orario del doposcuola personalmente o tramite soggetto maggiorenne appositamente delegato. In caso di propria assenza o impedimento, DELEGANO al ritiro del/la minore i seguenti soggetti maggiorenni (allegare copia fotostatica del documento di identità dei delegati):</w:t>
            </w:r>
            <w:r w:rsidRPr="00065FD8">
              <w:rPr>
                <w:sz w:val="17"/>
                <w:lang w:val="it-IT"/>
              </w:rPr>
              <w:br/>
              <w:t>1) Cognome e Nome _______________________________________ nato/a a _______________________ il ____/____/______</w:t>
            </w:r>
            <w:r w:rsidRPr="00065FD8">
              <w:rPr>
                <w:sz w:val="17"/>
                <w:lang w:val="it-IT"/>
              </w:rPr>
              <w:br/>
              <w:t xml:space="preserve">   Residente a ______________________________ Via ___________________________ Tel. ____________________________</w:t>
            </w:r>
            <w:r w:rsidRPr="00065FD8">
              <w:rPr>
                <w:sz w:val="17"/>
                <w:lang w:val="it-IT"/>
              </w:rPr>
              <w:br/>
              <w:t xml:space="preserve">   Grado di parentela/rapporto ______________________ Doc. Identità n. _________________________________________</w:t>
            </w:r>
            <w:r w:rsidRPr="00065FD8">
              <w:rPr>
                <w:sz w:val="17"/>
                <w:lang w:val="it-IT"/>
              </w:rPr>
              <w:br/>
              <w:t>2) Cognome e Nome _______________________________________ nato/a a _______________________ il ____/____/______</w:t>
            </w:r>
            <w:r w:rsidRPr="00065FD8">
              <w:rPr>
                <w:sz w:val="17"/>
                <w:lang w:val="it-IT"/>
              </w:rPr>
              <w:br/>
              <w:t xml:space="preserve">   Residente a ______________________________ Via ___________________________ Tel. </w:t>
            </w:r>
            <w:r>
              <w:rPr>
                <w:sz w:val="17"/>
              </w:rPr>
              <w:t>____________________________</w:t>
            </w:r>
            <w:r>
              <w:rPr>
                <w:sz w:val="17"/>
              </w:rPr>
              <w:br/>
              <w:t xml:space="preserve">   Grado di parentela/rapporto ______________________ Doc. Identità n. _________________________________________</w:t>
            </w:r>
          </w:p>
        </w:tc>
      </w:tr>
      <w:tr w:rsidR="00A60B9F" w:rsidRPr="00065FD8" w14:paraId="56D6780A" w14:textId="77777777">
        <w:trPr>
          <w:jc w:val="center"/>
        </w:trPr>
        <w:tc>
          <w:tcPr>
            <w:tcW w:w="10092" w:type="dxa"/>
            <w:shd w:val="clear" w:color="auto" w:fill="F7F9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23498CB" w14:textId="77777777" w:rsidR="00A60B9F" w:rsidRPr="00065FD8" w:rsidRDefault="00000000">
            <w:pPr>
              <w:spacing w:after="40"/>
              <w:rPr>
                <w:lang w:val="it-IT"/>
              </w:rPr>
            </w:pPr>
            <w:r w:rsidRPr="00065FD8">
              <w:rPr>
                <w:b/>
                <w:color w:val="1B365D"/>
                <w:sz w:val="18"/>
                <w:lang w:val="it-IT"/>
              </w:rPr>
              <w:t>B) SOLO PER GLI ALUNNI DELLA SCUOLA SECONDARIA DI PRIMO GRADO (SCUOLA MEDIA) – USCITA AUTONOMA EX ART. 19-BIS D.L. 148/2017</w:t>
            </w:r>
            <w:r w:rsidRPr="00065FD8">
              <w:rPr>
                <w:b/>
                <w:color w:val="1B365D"/>
                <w:sz w:val="18"/>
                <w:lang w:val="it-IT"/>
              </w:rPr>
              <w:br/>
            </w:r>
            <w:r w:rsidRPr="00065FD8">
              <w:rPr>
                <w:sz w:val="17"/>
                <w:lang w:val="it-IT"/>
              </w:rPr>
              <w:t>Visti gli artt. 2043, 2047 e 2048 del Codice Civile; visto l'art. 61 della L. 11/07/1980, n. 312; visto l'art. 591 del Codice Penale; visto l'art. 19-bis del D.L. 16 ottobre 2017, n. 148, convertito con modificazioni dalla L. 4 dicembre 2017, n. 172; consapevoli che l'incolumità dei minori è un bene giuridicamente indisponibile, i sottoscritti genitori/esercenti la responsabilità genitoriale, in considerazione dell'età, del grado di autonomia e maturità psico-fisica del/la proprio/a figlio/a, nonché delle caratteristiche del percorso scuola-abitazione a lui/lei noto, nell'ambito di un processo volto alla sua auto-responsabilizzazione:</w:t>
            </w:r>
            <w:r w:rsidRPr="00065FD8">
              <w:rPr>
                <w:sz w:val="17"/>
                <w:lang w:val="it-IT"/>
              </w:rPr>
              <w:br/>
              <w:t>☐ AUTORIZZANO          ☐ NON AUTORIZZANO</w:t>
            </w:r>
            <w:r w:rsidRPr="00065FD8">
              <w:rPr>
                <w:sz w:val="17"/>
                <w:lang w:val="it-IT"/>
              </w:rPr>
              <w:br/>
              <w:t xml:space="preserve">il/la proprio/a figlio/a ad uscire autonomamente dai locali scolastici al termine dell'orario del servizio di doposcuola per rientrare direttamente al domicilio familiare, senza la presenza di accompagnatori maggiorenni. La presente autorizzazione è valida per l'intera durata del servizio nell'A.S. 2026/2027 ed esonera il Comune di San Secondo Parmense, il soggetto gestore e il personale educativo da ogni responsabilità connessa all'adempimento dell'obbligo di vigilanza a partire dal momento dell'uscita del minore dai locali del doposcuola. Eventuali variazioni in itinere dovranno essere comunicate tempestivamente e per iscritto al Comune e </w:t>
            </w:r>
            <w:r w:rsidRPr="00065FD8">
              <w:rPr>
                <w:sz w:val="17"/>
                <w:lang w:val="it-IT"/>
              </w:rPr>
              <w:lastRenderedPageBreak/>
              <w:t>alla Cooperativa.</w:t>
            </w:r>
          </w:p>
        </w:tc>
      </w:tr>
    </w:tbl>
    <w:p w14:paraId="7CC7FEBB" w14:textId="77777777" w:rsidR="00A60B9F" w:rsidRPr="00065FD8" w:rsidRDefault="00A60B9F">
      <w:pPr>
        <w:spacing w:after="80"/>
        <w:rPr>
          <w:lang w:val="it-I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92"/>
      </w:tblGrid>
      <w:tr w:rsidR="00A60B9F" w:rsidRPr="00065FD8" w14:paraId="310DB09A" w14:textId="77777777">
        <w:trPr>
          <w:jc w:val="center"/>
        </w:trPr>
        <w:tc>
          <w:tcPr>
            <w:tcW w:w="10092" w:type="dxa"/>
            <w:shd w:val="clear" w:color="auto" w:fill="1B365D"/>
            <w:tcMar>
              <w:top w:w="70" w:type="dxa"/>
              <w:left w:w="140" w:type="dxa"/>
              <w:bottom w:w="70" w:type="dxa"/>
              <w:right w:w="140" w:type="dxa"/>
            </w:tcMar>
          </w:tcPr>
          <w:p w14:paraId="1F8449BE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color w:val="FFFFFF"/>
                <w:sz w:val="20"/>
                <w:lang w:val="it-IT"/>
              </w:rPr>
              <w:t>5. CONDIZIONI DEL SERVIZIO, OBBLIGHI TARIFFARI E ASSUNZIONE DI RESPONSABILITÀ</w:t>
            </w:r>
          </w:p>
        </w:tc>
      </w:tr>
    </w:tbl>
    <w:p w14:paraId="753CCEB9" w14:textId="77777777" w:rsidR="00A60B9F" w:rsidRPr="00065FD8" w:rsidRDefault="00A60B9F">
      <w:pPr>
        <w:spacing w:after="40"/>
        <w:rPr>
          <w:lang w:val="it-IT"/>
        </w:rPr>
      </w:pPr>
    </w:p>
    <w:tbl>
      <w:tblPr>
        <w:tblW w:w="0" w:type="auto"/>
        <w:jc w:val="center"/>
        <w:tblBorders>
          <w:top w:val="single" w:sz="4" w:space="0" w:color="B0B8C4"/>
          <w:left w:val="single" w:sz="4" w:space="0" w:color="B0B8C4"/>
          <w:bottom w:val="single" w:sz="4" w:space="0" w:color="B0B8C4"/>
          <w:right w:val="single" w:sz="4" w:space="0" w:color="B0B8C4"/>
          <w:insideH w:val="single" w:sz="4" w:space="0" w:color="B0B8C4"/>
          <w:insideV w:val="single" w:sz="4" w:space="0" w:color="B0B8C4"/>
        </w:tblBorders>
        <w:tblLook w:val="04A0" w:firstRow="1" w:lastRow="0" w:firstColumn="1" w:lastColumn="0" w:noHBand="0" w:noVBand="1"/>
      </w:tblPr>
      <w:tblGrid>
        <w:gridCol w:w="10092"/>
      </w:tblGrid>
      <w:tr w:rsidR="00A60B9F" w:rsidRPr="00065FD8" w14:paraId="2309F0BE" w14:textId="77777777">
        <w:trPr>
          <w:jc w:val="center"/>
        </w:trPr>
        <w:tc>
          <w:tcPr>
            <w:tcW w:w="100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8D373B0" w14:textId="77777777" w:rsidR="00A60B9F" w:rsidRPr="00065FD8" w:rsidRDefault="00000000">
            <w:pPr>
              <w:spacing w:after="40"/>
              <w:rPr>
                <w:lang w:val="it-IT"/>
              </w:rPr>
            </w:pPr>
            <w:r w:rsidRPr="00065FD8">
              <w:rPr>
                <w:b/>
                <w:sz w:val="17"/>
                <w:lang w:val="it-IT"/>
              </w:rPr>
              <w:t>I sottoscritti, con la sottoscrizione della presente domanda, DICHIARANO di aver preso piena visione e di accettare incondizionatamente tutte le seguenti condizioni di erogazione del servizio:</w:t>
            </w:r>
            <w:r w:rsidRPr="00065FD8">
              <w:rPr>
                <w:b/>
                <w:sz w:val="17"/>
                <w:lang w:val="it-IT"/>
              </w:rPr>
              <w:br/>
            </w:r>
            <w:r w:rsidRPr="00065FD8">
              <w:rPr>
                <w:sz w:val="16"/>
                <w:lang w:val="it-IT"/>
              </w:rPr>
              <w:t>1. Tariffe e modalità di pagamento (PagoPA): Il costo mensile del servizio è determinato in € 40,00 per la partecipazione singola (1 appuntamento a settimana) e in € 70,00 per la partecipazione multipla (2 o 3 appuntamenti a settimana), salvo le riduzioni previste per il 2° figlio (€ 30,00 frequenza singola / € 60,00 frequenza multipla) e per il 3° figlio e oltre (€ 20,00 frequenza singola / € 50,00 frequenza multipla). La quota mensile deve essere corrisposta entro la scadenza indicata esclusivamente tramite avviso di pagamento PagoPA emesso dal Comune di San Secondo Parmense.</w:t>
            </w:r>
            <w:r w:rsidRPr="00065FD8">
              <w:rPr>
                <w:sz w:val="16"/>
                <w:lang w:val="it-IT"/>
              </w:rPr>
              <w:br/>
              <w:t>2. Indivisibilità della retta mensile: La tariffa ha natura di quota mensile fissa di compartecipazione al costo del servizio; pertanto NON sono previste riduzioni, rimborsi o decurtazioni per uscite anticipate, ingressi posticipati, assenze a qualsiasi titolo (anche per malattia), festività da calendario scolastico, scioperi, chiusure per cause di forza maggiore o mancata frequenza parziale dei giorni prescelti.</w:t>
            </w:r>
            <w:r w:rsidRPr="00065FD8">
              <w:rPr>
                <w:sz w:val="16"/>
                <w:lang w:val="it-IT"/>
              </w:rPr>
              <w:br/>
              <w:t>3. Morosità, sospensione del servizio e riscossione coattiva: L'ammissione e la permanenza nel servizio sono subordinate alla regolarità dei pagamenti. In caso di mancato o ritardato pagamento delle rette mensili, l'Amministrazione Comunale, previa formale diffida alla famiglia, ha facoltà di sospendere o revocare la fruizione del servizio e procederà al recupero coattivo dei crediti maturati secondo le norme vigenti, con addebito delle relative spese e interessi.</w:t>
            </w:r>
            <w:r w:rsidRPr="00065FD8">
              <w:rPr>
                <w:sz w:val="16"/>
                <w:lang w:val="it-IT"/>
              </w:rPr>
              <w:br/>
              <w:t>4. Rinuncia al servizio o variazione della fascia di frequenza: L'eventuale rinuncia definitiva alla frequenza (così come la richiesta di riduzione di fascia da partecipazione multipla a singola) deve essere presentata formalmente per iscritto all'Ufficio Protocollo del Comune di San Secondo Parmense ed avrà decorrenza economica dal primo giorno del MESE SUCCESSIVO a quello di ricezione al Protocollo, restando interamente dovuta la retta del mese in corso.</w:t>
            </w:r>
            <w:r w:rsidRPr="00065FD8">
              <w:rPr>
                <w:sz w:val="16"/>
                <w:lang w:val="it-IT"/>
              </w:rPr>
              <w:br/>
              <w:t>5. Materiale scolastico e merenda: È a carico esclusivo della famiglia la fornitura del materiale scolastico, dei libri di testo e della cancelleria necessari allo svolgimento dei compiti. Il servizio non prevede l'erogazione di pasti; agli alunni è consentito consumare una merenda personale portata da casa.</w:t>
            </w:r>
            <w:r w:rsidRPr="00065FD8">
              <w:rPr>
                <w:sz w:val="16"/>
                <w:lang w:val="it-IT"/>
              </w:rPr>
              <w:br/>
              <w:t>6. Regole di comportamento, risarcimento danni ed esonero per beni personali: Gli alunni iscritti sono tenuti al rispetto delle regole di civile convivenza, del personale educativo, dei compagni, degli arredi e dei locali scolastici. Qualora il minore ponga in essere comportamenti gravemente scorretti, pericolosi o incompatibili con il regolare svolgimento delle attività, l'Amministrazione Comunale, sentito il soggetto gestore e previa comunicazione alla famiglia, potrà disporre la sospensione temporanea o l'esclusione definitiva dal servizio senza diritto a rimborsi. I genitori rispondono in solido ai sensi dell'art. 2048 c.c. e si impegnano al totale risarcimento di eventuali danni arrecati dal minore a strutture, suppellettili, materiali o terzi. Il Comune e il soggetto gestore sono sollevati da qualsiasi responsabilità per lo smarrimento, il furto o il danneggiamento di oggetti personali, capi di abbigliamento, telefoni cellulari, dispositivi elettronici o valori introdotti dal minore nei locali del doposcuola.</w:t>
            </w:r>
            <w:r w:rsidRPr="00065FD8">
              <w:rPr>
                <w:sz w:val="16"/>
                <w:lang w:val="it-IT"/>
              </w:rPr>
              <w:br/>
              <w:t>7. Manleva per omesse dichiarazioni: I sottoscritti sollevano il Comune di San Secondo Parmense, il soggetto gestore e gli operatori da ogni responsabilità civile e penale derivante da informazioni non veritiere, incomplete o omesse in merito a condizioni sanitarie, allergie o specifiche necessità del minore.</w:t>
            </w:r>
          </w:p>
        </w:tc>
      </w:tr>
    </w:tbl>
    <w:p w14:paraId="4F657FA4" w14:textId="77777777" w:rsidR="00A60B9F" w:rsidRPr="00065FD8" w:rsidRDefault="00A60B9F">
      <w:pPr>
        <w:spacing w:after="80"/>
        <w:rPr>
          <w:lang w:val="it-I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92"/>
      </w:tblGrid>
      <w:tr w:rsidR="00A60B9F" w14:paraId="0C34AC19" w14:textId="77777777">
        <w:trPr>
          <w:jc w:val="center"/>
        </w:trPr>
        <w:tc>
          <w:tcPr>
            <w:tcW w:w="10092" w:type="dxa"/>
            <w:shd w:val="clear" w:color="auto" w:fill="1B365D"/>
            <w:tcMar>
              <w:top w:w="70" w:type="dxa"/>
              <w:left w:w="140" w:type="dxa"/>
              <w:bottom w:w="70" w:type="dxa"/>
              <w:right w:w="140" w:type="dxa"/>
            </w:tcMar>
          </w:tcPr>
          <w:p w14:paraId="03DE8F86" w14:textId="77777777" w:rsidR="00A60B9F" w:rsidRDefault="00000000">
            <w:pPr>
              <w:spacing w:after="0"/>
            </w:pPr>
            <w:r w:rsidRPr="00065FD8">
              <w:rPr>
                <w:b/>
                <w:color w:val="FFFFFF"/>
                <w:sz w:val="20"/>
                <w:lang w:val="it-IT"/>
              </w:rPr>
              <w:t xml:space="preserve">6. INFORMATIVA SUL TRATTAMENTO DEI DATI PERSONALI (ARTT. 13 E 14 REG. </w:t>
            </w:r>
            <w:r>
              <w:rPr>
                <w:b/>
                <w:color w:val="FFFFFF"/>
                <w:sz w:val="20"/>
              </w:rPr>
              <w:t>UE 2016/679 - GDPR)</w:t>
            </w:r>
          </w:p>
        </w:tc>
      </w:tr>
    </w:tbl>
    <w:p w14:paraId="5BBAF932" w14:textId="77777777" w:rsidR="00A60B9F" w:rsidRDefault="00A60B9F">
      <w:pPr>
        <w:spacing w:after="40"/>
      </w:pPr>
    </w:p>
    <w:tbl>
      <w:tblPr>
        <w:tblW w:w="0" w:type="auto"/>
        <w:jc w:val="center"/>
        <w:tblBorders>
          <w:top w:val="single" w:sz="4" w:space="0" w:color="B0B8C4"/>
          <w:left w:val="single" w:sz="4" w:space="0" w:color="B0B8C4"/>
          <w:bottom w:val="single" w:sz="4" w:space="0" w:color="B0B8C4"/>
          <w:right w:val="single" w:sz="4" w:space="0" w:color="B0B8C4"/>
          <w:insideH w:val="single" w:sz="4" w:space="0" w:color="B0B8C4"/>
          <w:insideV w:val="single" w:sz="4" w:space="0" w:color="B0B8C4"/>
        </w:tblBorders>
        <w:tblLook w:val="04A0" w:firstRow="1" w:lastRow="0" w:firstColumn="1" w:lastColumn="0" w:noHBand="0" w:noVBand="1"/>
      </w:tblPr>
      <w:tblGrid>
        <w:gridCol w:w="10092"/>
      </w:tblGrid>
      <w:tr w:rsidR="00A60B9F" w:rsidRPr="00065FD8" w14:paraId="50792AA0" w14:textId="77777777">
        <w:trPr>
          <w:jc w:val="center"/>
        </w:trPr>
        <w:tc>
          <w:tcPr>
            <w:tcW w:w="10092" w:type="dxa"/>
            <w:shd w:val="clear" w:color="auto" w:fill="F7F9FC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EF6E342" w14:textId="77777777" w:rsidR="00A60B9F" w:rsidRPr="00065FD8" w:rsidRDefault="00000000">
            <w:pPr>
              <w:spacing w:after="40"/>
              <w:rPr>
                <w:lang w:val="it-IT"/>
              </w:rPr>
            </w:pPr>
            <w:r w:rsidRPr="00065FD8">
              <w:rPr>
                <w:sz w:val="16"/>
                <w:lang w:val="it-IT"/>
              </w:rPr>
              <w:t>Ai sensi degli artt. 13 e 14 del Regolamento UE 2016/679 (GDPR) e del D.Lgs. n. 196/2003 (come modificato dal D.Lgs. n. 101/2018), si forniscono le seguenti informazioni:</w:t>
            </w:r>
            <w:r w:rsidRPr="00065FD8">
              <w:rPr>
                <w:sz w:val="16"/>
                <w:lang w:val="it-IT"/>
              </w:rPr>
              <w:br/>
              <w:t>• Titolare del trattamento: Comune di San Secondo Parmense, con sede in Piazza Mazzini n. 10 – 43017 San Secondo Parmense (PR).</w:t>
            </w:r>
            <w:r w:rsidRPr="00065FD8">
              <w:rPr>
                <w:sz w:val="16"/>
                <w:lang w:val="it-IT"/>
              </w:rPr>
              <w:br/>
              <w:t>• Designato / Responsabile interno del trattamento: Responsabile del Settore Affari Generali, Servizi alla Persona, Cultura e Turismo del Comune di San Secondo Parmense.</w:t>
            </w:r>
            <w:r w:rsidRPr="00065FD8">
              <w:rPr>
                <w:sz w:val="16"/>
                <w:lang w:val="it-IT"/>
              </w:rPr>
              <w:br/>
              <w:t>• Responsabile della Protezione dei Dati (DPO): I dati di contatto del DPO e l'informativa estesa sono consultabili nella sezione "Privacy" del sito istituzionale del Comune (www.comune.san-secondo-parmense.pr.it).</w:t>
            </w:r>
            <w:r w:rsidRPr="00065FD8">
              <w:rPr>
                <w:sz w:val="16"/>
                <w:lang w:val="it-IT"/>
              </w:rPr>
              <w:br/>
              <w:t>• Finalità e base giuridica del trattamento: I dati personali (inclusi i dati relativi a minori ed eventuali categorie particolari di dati ex art. 9 GDPR inerenti a salute, allergie, PDP/PEI o situazioni socio-familiari) sono trattati, in modalità cartacea ed elettronica, per l'esecuzione di un compito di interesse pubblico (art. 6, par. 1, lett. c) ed e), e art. 9, par. 2, lett. g) del GDPR), finalizzato alla gestione dell'iscrizione, all'organizzazione ed erogazione del servizio di doposcuola comunale, alla fatturazione e riscossione tramite PagoPA, alla verifica delle dichiarazioni sostitutive (D.P.R. 445/2000) e all'adempimento degli obblighi di legge, contabili e di archiviazione.</w:t>
            </w:r>
            <w:r w:rsidRPr="00065FD8">
              <w:rPr>
                <w:sz w:val="16"/>
                <w:lang w:val="it-IT"/>
              </w:rPr>
              <w:br/>
              <w:t>• Comunicazione e condivisione dei dati con il Soggetto Gestore (Responsabile Esterno ex art. 28 GDPR): Si informa espressamente che, per lo svolgimento operativo, educativo, organizzativo e assicurativo del servizio di doposcuola, i dati personali dell'alunno/a, dei genitori/tutori e degli eventuali soggetti delegati al ritiro saranno condivisi con e trattati dal soggetto gestore affidatario del servizio: IL GRILLO PARLANTE SOCIETA' COOPERATIVA SOCIALE A RESPONSABILITA' LIMITATA, Partita IVA: 02993880349, avente sede legale in VIA CARLO MALASPINA 42/A - PARMA (PR), all'uopo nominata dal Comune quale Responsabile Esterno del Trattamento ai sensi dell'art. 28 del Regolamento UE 2016/679. I dati potranno inoltre essere comunicati all'Istituto Comprensivo di San Secondo Parmense (previa autorizzazione al raccordo educativo), ai gestori dei sistemi informatici e di pagamento (PagoPA) e ad altri soggetti pubblici nei soli casi previsti dalla legge.</w:t>
            </w:r>
            <w:r w:rsidRPr="00065FD8">
              <w:rPr>
                <w:sz w:val="16"/>
                <w:lang w:val="it-IT"/>
              </w:rPr>
              <w:br/>
              <w:t>• Diritti degli interessati: Gli interessati possono esercitare in ogni momento i diritti di cui agli artt. 15-22 del GDPR (accesso, rettifica, limitazione, opposizione) nonché proporre reclamo al Garante per la Protezione dei Dati Personali.</w:t>
            </w:r>
          </w:p>
        </w:tc>
      </w:tr>
    </w:tbl>
    <w:p w14:paraId="5365192F" w14:textId="77777777" w:rsidR="00A60B9F" w:rsidRDefault="00A60B9F">
      <w:pPr>
        <w:spacing w:after="80"/>
        <w:rPr>
          <w:lang w:val="it-IT"/>
        </w:rPr>
      </w:pPr>
    </w:p>
    <w:p w14:paraId="52370B07" w14:textId="77777777" w:rsidR="00591579" w:rsidRPr="00065FD8" w:rsidRDefault="00591579">
      <w:pPr>
        <w:spacing w:after="80"/>
        <w:rPr>
          <w:lang w:val="it-IT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10092"/>
      </w:tblGrid>
      <w:tr w:rsidR="00A60B9F" w:rsidRPr="00065FD8" w14:paraId="2D86F01B" w14:textId="77777777">
        <w:trPr>
          <w:jc w:val="center"/>
        </w:trPr>
        <w:tc>
          <w:tcPr>
            <w:tcW w:w="10092" w:type="dxa"/>
            <w:shd w:val="clear" w:color="auto" w:fill="1B365D"/>
            <w:tcMar>
              <w:top w:w="70" w:type="dxa"/>
              <w:left w:w="140" w:type="dxa"/>
              <w:bottom w:w="70" w:type="dxa"/>
              <w:right w:w="140" w:type="dxa"/>
            </w:tcMar>
          </w:tcPr>
          <w:p w14:paraId="688410D7" w14:textId="77777777" w:rsidR="00A60B9F" w:rsidRPr="00065FD8" w:rsidRDefault="00000000">
            <w:pPr>
              <w:spacing w:after="0"/>
              <w:rPr>
                <w:lang w:val="it-IT"/>
              </w:rPr>
            </w:pPr>
            <w:r w:rsidRPr="00065FD8">
              <w:rPr>
                <w:b/>
                <w:color w:val="FFFFFF"/>
                <w:sz w:val="20"/>
                <w:lang w:val="it-IT"/>
              </w:rPr>
              <w:lastRenderedPageBreak/>
              <w:t>7. AUTORIZZAZIONE FINALE, RESPONSABILITÀ GENITORIALE E SOTTOSCRIZIONE (D.P.R. 445/2000)</w:t>
            </w:r>
          </w:p>
        </w:tc>
      </w:tr>
    </w:tbl>
    <w:p w14:paraId="2CB61A25" w14:textId="77777777" w:rsidR="00A60B9F" w:rsidRPr="00065FD8" w:rsidRDefault="00A60B9F">
      <w:pPr>
        <w:spacing w:after="40"/>
        <w:rPr>
          <w:lang w:val="it-IT"/>
        </w:rPr>
      </w:pPr>
    </w:p>
    <w:tbl>
      <w:tblPr>
        <w:tblW w:w="0" w:type="auto"/>
        <w:jc w:val="center"/>
        <w:tblBorders>
          <w:top w:val="single" w:sz="4" w:space="0" w:color="B0B8C4"/>
          <w:left w:val="single" w:sz="4" w:space="0" w:color="B0B8C4"/>
          <w:bottom w:val="single" w:sz="4" w:space="0" w:color="B0B8C4"/>
          <w:right w:val="single" w:sz="4" w:space="0" w:color="B0B8C4"/>
          <w:insideH w:val="single" w:sz="4" w:space="0" w:color="B0B8C4"/>
          <w:insideV w:val="single" w:sz="4" w:space="0" w:color="B0B8C4"/>
        </w:tblBorders>
        <w:tblLook w:val="04A0" w:firstRow="1" w:lastRow="0" w:firstColumn="1" w:lastColumn="0" w:noHBand="0" w:noVBand="1"/>
      </w:tblPr>
      <w:tblGrid>
        <w:gridCol w:w="10092"/>
      </w:tblGrid>
      <w:tr w:rsidR="00A60B9F" w:rsidRPr="00065FD8" w14:paraId="1C21EBA7" w14:textId="77777777">
        <w:trPr>
          <w:jc w:val="center"/>
        </w:trPr>
        <w:tc>
          <w:tcPr>
            <w:tcW w:w="100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6115CB37" w14:textId="77777777" w:rsidR="00A60B9F" w:rsidRPr="00065FD8" w:rsidRDefault="00000000">
            <w:pPr>
              <w:spacing w:after="40"/>
              <w:rPr>
                <w:lang w:val="it-IT"/>
              </w:rPr>
            </w:pPr>
            <w:r w:rsidRPr="00065FD8">
              <w:rPr>
                <w:sz w:val="16"/>
                <w:lang w:val="it-IT"/>
              </w:rPr>
              <w:t>I sottoscritti, consapevoli delle sanzioni penali richiamate dall'art. 76 del D.P.R. 28/12/2000, n. 445 e della decadenza dai benefici prevista dall'art. 75 del medesimo D.P.R. in caso di dichiarazioni mendaci o formazione/uso di atti falsi:</w:t>
            </w:r>
            <w:r w:rsidRPr="00065FD8">
              <w:rPr>
                <w:sz w:val="16"/>
                <w:lang w:val="it-IT"/>
              </w:rPr>
              <w:br/>
              <w:t>• AUTORIZZANO il/la minore iscritto/a a partecipare alle attività del Servizio di Doposcuola comunale A.S. 2026/2027;</w:t>
            </w:r>
            <w:r w:rsidRPr="00065FD8">
              <w:rPr>
                <w:sz w:val="16"/>
                <w:lang w:val="it-IT"/>
              </w:rPr>
              <w:br/>
              <w:t>• APPROVANO specificamente, anche ai sensi degli artt. 1341 e 1342 del Codice Civile, le clausole di cui alla Sezione 4 (ritiro/delega e uscita autonoma ex art. 19-bis D.L. 148/2017) e alla Sezione 5 (indivisibilità della retta mensile, sospensione per morosità o motivi disciplinari, termini di rinuncia, responsabilità per danni ed esonero di responsabilità dell'Ente e del Gestore);</w:t>
            </w:r>
            <w:r w:rsidRPr="00065FD8">
              <w:rPr>
                <w:sz w:val="16"/>
                <w:lang w:val="it-IT"/>
              </w:rPr>
              <w:br/>
              <w:t>• DICHIARANO di aver letto e compreso l'Informativa Privacy di cui alla Sezione 6, prendendo atto della trasmissione e condivisione dei dati con il soggetto gestore IL GRILLO PARLANTE SOCIETA' COOPERATIVA SOCIALE A RESPONSABILITA' LIMITATA (P.IVA 02993880349, Via Carlo Malaspina 42/A - Parma).</w:t>
            </w:r>
            <w:r w:rsidRPr="00065FD8">
              <w:rPr>
                <w:sz w:val="16"/>
                <w:lang w:val="it-IT"/>
              </w:rPr>
              <w:br/>
            </w:r>
            <w:r w:rsidRPr="00065FD8">
              <w:rPr>
                <w:sz w:val="16"/>
                <w:lang w:val="it-IT"/>
              </w:rPr>
              <w:br/>
              <w:t>DICHIARAZIONE IN CASO DI SOTTOSCRIZIONE DI UN SOLO GENITORE (ai sensi degli artt. 316, 337-ter e 337-quater del Codice Civile):</w:t>
            </w:r>
            <w:r w:rsidRPr="00065FD8">
              <w:rPr>
                <w:sz w:val="16"/>
                <w:lang w:val="it-IT"/>
              </w:rPr>
              <w:br/>
              <w:t>☐ Il/La sottoscritto/a, qualora firmatario/a unico/a della presente domanda, dichiara sotto la propria esclusiva responsabilità di aver effettuato la scelta e le relative autorizzazioni in piena osservanza delle disposizioni sulla responsabilità genitoriale di cui agli artt. 316, 337-ter e 337-quater del Codice Civile, con il consenso dell'altro genitore (ovvero in qualità di unico esercente la responsabilità genitoriale).</w:t>
            </w:r>
          </w:p>
        </w:tc>
      </w:tr>
      <w:tr w:rsidR="00A60B9F" w:rsidRPr="00065FD8" w14:paraId="09243F5D" w14:textId="77777777">
        <w:trPr>
          <w:jc w:val="center"/>
        </w:trPr>
        <w:tc>
          <w:tcPr>
            <w:tcW w:w="10092" w:type="dxa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F4F294D" w14:textId="77777777" w:rsidR="006D2639" w:rsidRDefault="006D2639">
            <w:pPr>
              <w:spacing w:after="40"/>
              <w:rPr>
                <w:b/>
                <w:sz w:val="17"/>
                <w:lang w:val="it-IT"/>
              </w:rPr>
            </w:pPr>
          </w:p>
          <w:p w14:paraId="012A5647" w14:textId="48338FEA" w:rsidR="00A33B98" w:rsidRDefault="00000000">
            <w:pPr>
              <w:spacing w:after="40"/>
              <w:rPr>
                <w:b/>
                <w:sz w:val="17"/>
                <w:lang w:val="it-IT"/>
              </w:rPr>
            </w:pPr>
            <w:r w:rsidRPr="00065FD8">
              <w:rPr>
                <w:b/>
                <w:sz w:val="17"/>
                <w:lang w:val="it-IT"/>
              </w:rPr>
              <w:t>Luogo e data: San Secondo Parmense, lì __</w:t>
            </w:r>
            <w:r w:rsidR="006D2639">
              <w:rPr>
                <w:b/>
                <w:sz w:val="17"/>
                <w:lang w:val="it-IT"/>
              </w:rPr>
              <w:t>__</w:t>
            </w:r>
            <w:r w:rsidRPr="00065FD8">
              <w:rPr>
                <w:b/>
                <w:sz w:val="17"/>
                <w:lang w:val="it-IT"/>
              </w:rPr>
              <w:t>__/</w:t>
            </w:r>
            <w:r w:rsidR="006D2639">
              <w:rPr>
                <w:b/>
                <w:sz w:val="17"/>
                <w:lang w:val="it-IT"/>
              </w:rPr>
              <w:t>__</w:t>
            </w:r>
            <w:r w:rsidRPr="00065FD8">
              <w:rPr>
                <w:b/>
                <w:sz w:val="17"/>
                <w:lang w:val="it-IT"/>
              </w:rPr>
              <w:t>____/202___</w:t>
            </w:r>
            <w:r w:rsidR="00CE0EC0">
              <w:rPr>
                <w:b/>
                <w:sz w:val="17"/>
                <w:lang w:val="it-IT"/>
              </w:rPr>
              <w:t>_</w:t>
            </w:r>
            <w:r w:rsidRPr="00065FD8">
              <w:rPr>
                <w:b/>
                <w:sz w:val="17"/>
                <w:lang w:val="it-IT"/>
              </w:rPr>
              <w:br/>
            </w:r>
            <w:r w:rsidRPr="00065FD8">
              <w:rPr>
                <w:b/>
                <w:sz w:val="17"/>
                <w:lang w:val="it-IT"/>
              </w:rPr>
              <w:br/>
              <w:t>Firma del Dichiarante 1 (Genitore/Tutore)                                               Firma del Dichiarante 2 (Altro Genitore)</w:t>
            </w:r>
            <w:r w:rsidRPr="00065FD8">
              <w:rPr>
                <w:b/>
                <w:sz w:val="17"/>
                <w:lang w:val="it-IT"/>
              </w:rPr>
              <w:br/>
            </w:r>
          </w:p>
          <w:p w14:paraId="4164F0A7" w14:textId="77777777" w:rsidR="00A33B98" w:rsidRDefault="00A33B98">
            <w:pPr>
              <w:spacing w:after="40"/>
              <w:rPr>
                <w:b/>
                <w:sz w:val="17"/>
                <w:lang w:val="it-IT"/>
              </w:rPr>
            </w:pPr>
          </w:p>
          <w:p w14:paraId="0165A180" w14:textId="77777777" w:rsidR="00A33B98" w:rsidRDefault="00A33B98">
            <w:pPr>
              <w:spacing w:after="40"/>
              <w:rPr>
                <w:b/>
                <w:sz w:val="17"/>
                <w:lang w:val="it-IT"/>
              </w:rPr>
            </w:pPr>
          </w:p>
          <w:p w14:paraId="7C904AD2" w14:textId="77777777" w:rsidR="006D2639" w:rsidRDefault="00000000">
            <w:pPr>
              <w:spacing w:after="40"/>
              <w:rPr>
                <w:b/>
                <w:sz w:val="17"/>
                <w:lang w:val="it-IT"/>
              </w:rPr>
            </w:pPr>
            <w:r w:rsidRPr="00065FD8">
              <w:rPr>
                <w:b/>
                <w:sz w:val="17"/>
                <w:lang w:val="it-IT"/>
              </w:rPr>
              <w:br/>
              <w:t xml:space="preserve">___________________________________             </w:t>
            </w:r>
            <w:r w:rsidR="00A33B98">
              <w:rPr>
                <w:b/>
                <w:sz w:val="17"/>
                <w:lang w:val="it-IT"/>
              </w:rPr>
              <w:t xml:space="preserve">                                 </w:t>
            </w:r>
            <w:r w:rsidR="00A33B98" w:rsidRPr="00065FD8">
              <w:rPr>
                <w:b/>
                <w:sz w:val="17"/>
                <w:lang w:val="it-IT"/>
              </w:rPr>
              <w:t>___________________________________</w:t>
            </w:r>
            <w:r w:rsidRPr="00065FD8">
              <w:rPr>
                <w:b/>
                <w:sz w:val="17"/>
                <w:lang w:val="it-IT"/>
              </w:rPr>
              <w:br/>
            </w:r>
            <w:r w:rsidRPr="00065FD8">
              <w:rPr>
                <w:b/>
                <w:sz w:val="17"/>
                <w:lang w:val="it-IT"/>
              </w:rPr>
              <w:br/>
              <w:t>ALLEGATI OBBLIGATORI (barrare):</w:t>
            </w:r>
          </w:p>
          <w:p w14:paraId="1C2CEF43" w14:textId="77777777" w:rsidR="006D2639" w:rsidRDefault="00000000">
            <w:pPr>
              <w:spacing w:after="40"/>
              <w:rPr>
                <w:b/>
                <w:sz w:val="17"/>
                <w:lang w:val="it-IT"/>
              </w:rPr>
            </w:pPr>
            <w:r w:rsidRPr="00065FD8">
              <w:rPr>
                <w:b/>
                <w:sz w:val="17"/>
                <w:lang w:val="it-IT"/>
              </w:rPr>
              <w:t>☐ Fotocopia documento d'identità del/i genitore/i firmatario/i</w:t>
            </w:r>
          </w:p>
          <w:p w14:paraId="5C5A2402" w14:textId="6A5363EA" w:rsidR="00A60B9F" w:rsidRPr="00065FD8" w:rsidRDefault="00000000">
            <w:pPr>
              <w:spacing w:after="40"/>
              <w:rPr>
                <w:lang w:val="it-IT"/>
              </w:rPr>
            </w:pPr>
            <w:r w:rsidRPr="00065FD8">
              <w:rPr>
                <w:b/>
                <w:sz w:val="17"/>
                <w:lang w:val="it-IT"/>
              </w:rPr>
              <w:t>☐ Fotocopia documento d'identità di eventuali delegati al ritiro</w:t>
            </w:r>
          </w:p>
        </w:tc>
      </w:tr>
    </w:tbl>
    <w:p w14:paraId="4E9F9612" w14:textId="77777777" w:rsidR="00DE7EA3" w:rsidRPr="00065FD8" w:rsidRDefault="00DE7EA3">
      <w:pPr>
        <w:rPr>
          <w:lang w:val="it-IT"/>
        </w:rPr>
      </w:pPr>
    </w:p>
    <w:sectPr w:rsidR="00DE7EA3" w:rsidRPr="00065FD8" w:rsidSect="00034616">
      <w:pgSz w:w="11906" w:h="16838"/>
      <w:pgMar w:top="850" w:right="907" w:bottom="850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344361311">
    <w:abstractNumId w:val="8"/>
  </w:num>
  <w:num w:numId="2" w16cid:durableId="1363366142">
    <w:abstractNumId w:val="6"/>
  </w:num>
  <w:num w:numId="3" w16cid:durableId="1509249567">
    <w:abstractNumId w:val="5"/>
  </w:num>
  <w:num w:numId="4" w16cid:durableId="812796834">
    <w:abstractNumId w:val="4"/>
  </w:num>
  <w:num w:numId="5" w16cid:durableId="477041963">
    <w:abstractNumId w:val="7"/>
  </w:num>
  <w:num w:numId="6" w16cid:durableId="1228765585">
    <w:abstractNumId w:val="3"/>
  </w:num>
  <w:num w:numId="7" w16cid:durableId="117571932">
    <w:abstractNumId w:val="2"/>
  </w:num>
  <w:num w:numId="8" w16cid:durableId="1023288116">
    <w:abstractNumId w:val="1"/>
  </w:num>
  <w:num w:numId="9" w16cid:durableId="8089776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5FD8"/>
    <w:rsid w:val="0015074B"/>
    <w:rsid w:val="0029639D"/>
    <w:rsid w:val="00326F90"/>
    <w:rsid w:val="00591579"/>
    <w:rsid w:val="006D2639"/>
    <w:rsid w:val="006D6E38"/>
    <w:rsid w:val="00733726"/>
    <w:rsid w:val="007970DA"/>
    <w:rsid w:val="00871453"/>
    <w:rsid w:val="008B0161"/>
    <w:rsid w:val="009826DA"/>
    <w:rsid w:val="00A33B98"/>
    <w:rsid w:val="00A60B9F"/>
    <w:rsid w:val="00AA1D8D"/>
    <w:rsid w:val="00B02CBE"/>
    <w:rsid w:val="00B47730"/>
    <w:rsid w:val="00C057E0"/>
    <w:rsid w:val="00CB0664"/>
    <w:rsid w:val="00CE0EC0"/>
    <w:rsid w:val="00DE7EA3"/>
    <w:rsid w:val="00EB4FD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4E4DB2"/>
  <w14:defaultImageDpi w14:val="300"/>
  <w15:docId w15:val="{91BAFAB3-F2C7-4A5A-A04E-8C6D9A25E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60" w:line="269" w:lineRule="auto"/>
    </w:pPr>
    <w:rPr>
      <w:rFonts w:ascii="Arial" w:hAnsi="Arial"/>
      <w:color w:val="1A1A1A"/>
      <w:sz w:val="19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Collegamentoipertestuale">
    <w:name w:val="Hyperlink"/>
    <w:basedOn w:val="Carpredefinitoparagrafo"/>
    <w:uiPriority w:val="99"/>
    <w:unhideWhenUsed/>
    <w:rsid w:val="00EB4FD5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B4F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no"?>
<Relationships xmlns="http://schemas.openxmlformats.org/package/2006/relationships">
<Relationship Id="rId1" Target="../customXml/item1.xml" Type="http://schemas.openxmlformats.org/officeDocument/2006/relationships/customXml"/>
<Relationship Id="rId2" Target="numbering.xml" Type="http://schemas.openxmlformats.org/officeDocument/2006/relationships/numbering"/>
<Relationship Id="rId3" Target="styles.xml" Type="http://schemas.openxmlformats.org/officeDocument/2006/relationships/styles"/>
<Relationship Id="rId4" Target="settings.xml" Type="http://schemas.openxmlformats.org/officeDocument/2006/relationships/settings"/>
<Relationship Id="rId5" Target="webSettings.xml" Type="http://schemas.openxmlformats.org/officeDocument/2006/relationships/webSettings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no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4</Pages>
  <Words>2594</Words>
  <Characters>14786</Characters>
  <Application/>
  <DocSecurity>0</DocSecurity>
  <Lines>123</Lines>
  <Paragraphs>34</Paragraphs>
  <ScaleCrop>false</ScaleCrop>
  <HeadingPairs>
    <vt:vector baseType="variant" size="4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baseType="lpstr" size="2">
      <vt:lpstr/>
      <vt:lpstr/>
    </vt:vector>
  </TitlesOfParts>
  <Manager/>
  <Company/>
  <LinksUpToDate>false</LinksUpToDate>
  <CharactersWithSpaces>17346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0</cp:revision>
</cp:coreProperties>
</file>