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8D782A" w14:textId="2F6D1896" w:rsidR="003A1963" w:rsidRDefault="00000000" w:rsidP="007611DD">
      <w:pPr>
        <w:ind w:right="-432"/>
        <w:jc w:val="center"/>
      </w:pPr>
      <w:proofErr w:type="gramStart"/>
      <w:r>
        <w:rPr>
          <w:b/>
        </w:rPr>
        <w:t xml:space="preserve">DOMANDA </w:t>
      </w:r>
      <w:r w:rsidR="007611DD">
        <w:rPr>
          <w:b/>
        </w:rPr>
        <w:t xml:space="preserve"> </w:t>
      </w:r>
      <w:r>
        <w:rPr>
          <w:b/>
        </w:rPr>
        <w:t>D’ISCRIZIONE</w:t>
      </w:r>
      <w:proofErr w:type="gramEnd"/>
      <w:r w:rsidR="007611DD">
        <w:rPr>
          <w:b/>
        </w:rPr>
        <w:t xml:space="preserve"> </w:t>
      </w:r>
      <w:r>
        <w:rPr>
          <w:b/>
        </w:rPr>
        <w:t xml:space="preserve"> </w:t>
      </w:r>
      <w:proofErr w:type="gramStart"/>
      <w:r>
        <w:rPr>
          <w:b/>
        </w:rPr>
        <w:t xml:space="preserve">NELL’ALBO </w:t>
      </w:r>
      <w:r w:rsidR="007611DD">
        <w:rPr>
          <w:b/>
        </w:rPr>
        <w:t xml:space="preserve"> </w:t>
      </w:r>
      <w:r>
        <w:rPr>
          <w:b/>
        </w:rPr>
        <w:t>DELLE</w:t>
      </w:r>
      <w:proofErr w:type="gramEnd"/>
      <w:r>
        <w:rPr>
          <w:b/>
        </w:rPr>
        <w:t xml:space="preserve"> </w:t>
      </w:r>
      <w:r w:rsidR="007611DD">
        <w:rPr>
          <w:b/>
        </w:rPr>
        <w:t xml:space="preserve"> </w:t>
      </w:r>
      <w:proofErr w:type="gramStart"/>
      <w:r>
        <w:rPr>
          <w:b/>
        </w:rPr>
        <w:t>PERSONE</w:t>
      </w:r>
      <w:r w:rsidR="007611DD">
        <w:rPr>
          <w:b/>
        </w:rPr>
        <w:t xml:space="preserve"> </w:t>
      </w:r>
      <w:r>
        <w:rPr>
          <w:b/>
        </w:rPr>
        <w:t xml:space="preserve"> IDONEE</w:t>
      </w:r>
      <w:proofErr w:type="gramEnd"/>
      <w:r>
        <w:rPr>
          <w:b/>
        </w:rPr>
        <w:t xml:space="preserve"> </w:t>
      </w:r>
      <w:r w:rsidR="007611DD">
        <w:rPr>
          <w:b/>
        </w:rPr>
        <w:t xml:space="preserve"> </w:t>
      </w:r>
      <w:proofErr w:type="gramStart"/>
      <w:r>
        <w:rPr>
          <w:b/>
        </w:rPr>
        <w:t>ALL’UFFICIO</w:t>
      </w:r>
      <w:r w:rsidR="007611DD">
        <w:rPr>
          <w:b/>
        </w:rPr>
        <w:t xml:space="preserve"> </w:t>
      </w:r>
      <w:r>
        <w:rPr>
          <w:b/>
        </w:rPr>
        <w:t xml:space="preserve"> DI</w:t>
      </w:r>
      <w:proofErr w:type="gramEnd"/>
      <w:r>
        <w:rPr>
          <w:b/>
        </w:rPr>
        <w:t xml:space="preserve"> </w:t>
      </w:r>
      <w:r w:rsidR="007611DD">
        <w:rPr>
          <w:b/>
        </w:rPr>
        <w:t xml:space="preserve"> </w:t>
      </w:r>
      <w:r>
        <w:rPr>
          <w:b/>
        </w:rPr>
        <w:t>SCRUTATORE</w:t>
      </w:r>
      <w:r>
        <w:rPr>
          <w:b/>
        </w:rPr>
        <w:br/>
      </w:r>
      <w:r>
        <w:rPr>
          <w:i/>
        </w:rPr>
        <w:t>(Art. 1 legge 8.3.1989, n. 95, come sostituito dall’art. 9, comma uno legge 30.4.1999, n. 120)</w:t>
      </w:r>
    </w:p>
    <w:p w14:paraId="6847D91E" w14:textId="7FB8C8F3" w:rsidR="003A1963" w:rsidRDefault="00000000">
      <w:pPr>
        <w:jc w:val="right"/>
      </w:pPr>
      <w:r>
        <w:rPr>
          <w:b/>
        </w:rPr>
        <w:t xml:space="preserve">AL SIGNOR SINDACO del </w:t>
      </w:r>
      <w:proofErr w:type="spellStart"/>
      <w:r>
        <w:rPr>
          <w:b/>
        </w:rPr>
        <w:t>Comune</w:t>
      </w:r>
      <w:proofErr w:type="spellEnd"/>
      <w:r>
        <w:rPr>
          <w:b/>
        </w:rPr>
        <w:t xml:space="preserve"> di TAURISANO</w:t>
      </w:r>
    </w:p>
    <w:p w14:paraId="27614963" w14:textId="21EF49AA" w:rsidR="003A1963" w:rsidRDefault="00000000" w:rsidP="007611DD">
      <w:pPr>
        <w:spacing w:line="312" w:lineRule="auto"/>
        <w:ind w:right="-291"/>
      </w:pPr>
      <w:r>
        <w:t>Il/La sottoscritto/a ............................................................................................</w:t>
      </w:r>
      <w:r w:rsidR="007611DD">
        <w:t>....</w:t>
      </w:r>
      <w:r>
        <w:t>.............</w:t>
      </w:r>
      <w:r w:rsidR="00704DDA">
        <w:t>...................</w:t>
      </w:r>
      <w:r>
        <w:t>.................</w:t>
      </w:r>
      <w:r>
        <w:br/>
        <w:t>nato/a a ..............................................</w:t>
      </w:r>
      <w:r w:rsidR="00704DDA">
        <w:t>...................</w:t>
      </w:r>
      <w:r>
        <w:t>.................... il ......................................</w:t>
      </w:r>
      <w:r w:rsidR="007611DD">
        <w:t>...</w:t>
      </w:r>
      <w:r>
        <w:t>...............................</w:t>
      </w:r>
      <w:r>
        <w:br/>
        <w:t>residente in Taurisano (LE) via ........................................................................</w:t>
      </w:r>
      <w:r w:rsidR="00704DDA">
        <w:t>...................</w:t>
      </w:r>
      <w:r>
        <w:t>.................... n ..........</w:t>
      </w:r>
    </w:p>
    <w:p w14:paraId="5A492D9C" w14:textId="3432DB64" w:rsidR="003A1963" w:rsidRDefault="00000000">
      <w:r>
        <w:rPr>
          <w:b/>
        </w:rPr>
        <w:t>DATI ULTERIORI DI CONTATTO (facoltativo per comunicazioni sulla pratica)</w:t>
      </w:r>
    </w:p>
    <w:p w14:paraId="4CE62B7F" w14:textId="77777777" w:rsidR="007611DD" w:rsidRDefault="00000000" w:rsidP="00704DDA">
      <w:pPr>
        <w:spacing w:line="312" w:lineRule="auto"/>
        <w:ind w:right="1019"/>
        <w:jc w:val="both"/>
      </w:pPr>
      <w:r>
        <w:t>Tel. ............................................................... cell. ...........................................................</w:t>
      </w:r>
      <w:r>
        <w:br/>
        <w:t>email ................................................................................. PEC ....................................................</w:t>
      </w:r>
    </w:p>
    <w:p w14:paraId="58851B7A" w14:textId="77777777" w:rsidR="00351506" w:rsidRDefault="00000000" w:rsidP="00351506">
      <w:pPr>
        <w:spacing w:after="0" w:line="240" w:lineRule="auto"/>
        <w:jc w:val="center"/>
        <w:rPr>
          <w:b/>
        </w:rPr>
      </w:pPr>
      <w:r>
        <w:rPr>
          <w:b/>
        </w:rPr>
        <w:t>CHIEDE</w:t>
      </w:r>
    </w:p>
    <w:p w14:paraId="25297397" w14:textId="42442C0A" w:rsidR="00351506" w:rsidRDefault="00000000" w:rsidP="00351506">
      <w:pPr>
        <w:spacing w:after="0" w:line="240" w:lineRule="auto"/>
        <w:jc w:val="both"/>
      </w:pPr>
      <w:r>
        <w:rPr>
          <w:b/>
        </w:rPr>
        <w:br/>
      </w:r>
      <w:r>
        <w:t xml:space="preserve">Di </w:t>
      </w:r>
      <w:proofErr w:type="spellStart"/>
      <w:r>
        <w:t>essere</w:t>
      </w:r>
      <w:proofErr w:type="spellEnd"/>
      <w:r>
        <w:t xml:space="preserve"> </w:t>
      </w:r>
      <w:proofErr w:type="spellStart"/>
      <w:r>
        <w:t>inserito</w:t>
      </w:r>
      <w:proofErr w:type="spellEnd"/>
      <w:r>
        <w:t xml:space="preserve">/a </w:t>
      </w:r>
      <w:proofErr w:type="spellStart"/>
      <w:r>
        <w:t>nell’Albo</w:t>
      </w:r>
      <w:proofErr w:type="spellEnd"/>
      <w:r>
        <w:t xml:space="preserve"> di cui all’oggetto, per adempiere alle funzioni di scrutatore presso i </w:t>
      </w:r>
      <w:proofErr w:type="spellStart"/>
      <w:r>
        <w:t>Seggi</w:t>
      </w:r>
      <w:proofErr w:type="spellEnd"/>
      <w:r>
        <w:t xml:space="preserve"> </w:t>
      </w:r>
      <w:proofErr w:type="spellStart"/>
      <w:r>
        <w:t>elettorali</w:t>
      </w:r>
      <w:proofErr w:type="spellEnd"/>
      <w:r>
        <w:t xml:space="preserve"> del </w:t>
      </w:r>
      <w:proofErr w:type="spellStart"/>
      <w:r>
        <w:t>Comune</w:t>
      </w:r>
      <w:proofErr w:type="spellEnd"/>
      <w:r>
        <w:t xml:space="preserve">, in </w:t>
      </w:r>
      <w:proofErr w:type="spellStart"/>
      <w:r>
        <w:t>occasione</w:t>
      </w:r>
      <w:proofErr w:type="spellEnd"/>
      <w:r>
        <w:t xml:space="preserve"> di </w:t>
      </w:r>
      <w:proofErr w:type="spellStart"/>
      <w:r>
        <w:t>consultazioni</w:t>
      </w:r>
      <w:proofErr w:type="spellEnd"/>
      <w:r>
        <w:t xml:space="preserve"> </w:t>
      </w:r>
      <w:proofErr w:type="spellStart"/>
      <w:r>
        <w:t>elettorali</w:t>
      </w:r>
      <w:proofErr w:type="spellEnd"/>
      <w:r>
        <w:t>.</w:t>
      </w:r>
    </w:p>
    <w:p w14:paraId="6F06329E" w14:textId="77777777" w:rsidR="00704DDA" w:rsidRDefault="00704DDA" w:rsidP="00351506">
      <w:pPr>
        <w:spacing w:after="0" w:line="240" w:lineRule="auto"/>
      </w:pPr>
    </w:p>
    <w:p w14:paraId="3965097A" w14:textId="08D1ADD3" w:rsidR="00351506" w:rsidRDefault="00000000" w:rsidP="00351506">
      <w:pPr>
        <w:spacing w:after="0" w:line="240" w:lineRule="auto"/>
      </w:pPr>
      <w:r>
        <w:t xml:space="preserve">A </w:t>
      </w:r>
      <w:proofErr w:type="spellStart"/>
      <w:r>
        <w:t>tal</w:t>
      </w:r>
      <w:proofErr w:type="spellEnd"/>
      <w:r>
        <w:t xml:space="preserve"> fine </w:t>
      </w:r>
      <w:proofErr w:type="spellStart"/>
      <w:r>
        <w:t>dichiara</w:t>
      </w:r>
      <w:proofErr w:type="spellEnd"/>
      <w:r>
        <w:t xml:space="preserve">, </w:t>
      </w:r>
      <w:proofErr w:type="spellStart"/>
      <w:r>
        <w:t>consapevole</w:t>
      </w:r>
      <w:proofErr w:type="spellEnd"/>
      <w:r>
        <w:t xml:space="preserve"> delle sanzioni penali previste per il caso di dichiarazioni mendaci, ai sensi del D.P.R. 28 dicembre 2000, n. 445:</w:t>
      </w:r>
    </w:p>
    <w:p w14:paraId="5FCB79DC" w14:textId="13573C01" w:rsidR="00704DDA" w:rsidRDefault="00000000" w:rsidP="00351506">
      <w:pPr>
        <w:spacing w:after="0" w:line="240" w:lineRule="auto"/>
        <w:rPr>
          <w:b/>
        </w:rPr>
      </w:pPr>
      <w:r>
        <w:t xml:space="preserve">a) di </w:t>
      </w:r>
      <w:proofErr w:type="spellStart"/>
      <w:r>
        <w:t>essere</w:t>
      </w:r>
      <w:proofErr w:type="spellEnd"/>
      <w:r>
        <w:t xml:space="preserve"> </w:t>
      </w:r>
      <w:proofErr w:type="spellStart"/>
      <w:r>
        <w:t>iscritto</w:t>
      </w:r>
      <w:proofErr w:type="spellEnd"/>
      <w:r>
        <w:t xml:space="preserve">/a </w:t>
      </w:r>
      <w:proofErr w:type="spellStart"/>
      <w:r>
        <w:t>nelle</w:t>
      </w:r>
      <w:proofErr w:type="spellEnd"/>
      <w:r>
        <w:t xml:space="preserve"> </w:t>
      </w:r>
      <w:proofErr w:type="spellStart"/>
      <w:r>
        <w:t>liste</w:t>
      </w:r>
      <w:proofErr w:type="spellEnd"/>
      <w:r>
        <w:t xml:space="preserve"> elettorali del Comune di Taurisano;</w:t>
      </w:r>
      <w:r>
        <w:br/>
        <w:t xml:space="preserve">b) di essere in possesso del titolo di studio </w:t>
      </w:r>
      <w:r w:rsidRPr="00F72082">
        <w:rPr>
          <w:b/>
          <w:bCs/>
          <w:i/>
          <w:iCs/>
        </w:rPr>
        <w:t xml:space="preserve">(non </w:t>
      </w:r>
      <w:proofErr w:type="spellStart"/>
      <w:r w:rsidRPr="00F72082">
        <w:rPr>
          <w:b/>
          <w:bCs/>
          <w:i/>
          <w:iCs/>
        </w:rPr>
        <w:t>inferiore</w:t>
      </w:r>
      <w:proofErr w:type="spellEnd"/>
      <w:r w:rsidRPr="00F72082">
        <w:rPr>
          <w:b/>
          <w:bCs/>
          <w:i/>
          <w:iCs/>
        </w:rPr>
        <w:t xml:space="preserve"> alla </w:t>
      </w:r>
      <w:proofErr w:type="spellStart"/>
      <w:r w:rsidRPr="00F72082">
        <w:rPr>
          <w:b/>
          <w:bCs/>
          <w:i/>
          <w:iCs/>
        </w:rPr>
        <w:t>scuola</w:t>
      </w:r>
      <w:proofErr w:type="spellEnd"/>
      <w:r w:rsidRPr="00F72082">
        <w:rPr>
          <w:b/>
          <w:bCs/>
          <w:i/>
          <w:iCs/>
        </w:rPr>
        <w:t xml:space="preserve"> </w:t>
      </w:r>
      <w:proofErr w:type="spellStart"/>
      <w:r w:rsidRPr="00F72082">
        <w:rPr>
          <w:b/>
          <w:bCs/>
          <w:i/>
          <w:iCs/>
        </w:rPr>
        <w:t>dell'obbligo</w:t>
      </w:r>
      <w:proofErr w:type="spellEnd"/>
      <w:r w:rsidR="00F72082" w:rsidRPr="00F72082">
        <w:rPr>
          <w:b/>
          <w:bCs/>
          <w:i/>
          <w:iCs/>
        </w:rPr>
        <w:t xml:space="preserve"> *</w:t>
      </w:r>
      <w:r w:rsidRPr="00F72082">
        <w:rPr>
          <w:b/>
          <w:bCs/>
          <w:i/>
          <w:iCs/>
        </w:rPr>
        <w:t>)</w:t>
      </w:r>
      <w:r>
        <w:t xml:space="preserve"> e </w:t>
      </w:r>
      <w:proofErr w:type="spellStart"/>
      <w:r>
        <w:t>precisamente</w:t>
      </w:r>
      <w:proofErr w:type="spellEnd"/>
      <w:r>
        <w:t>:</w:t>
      </w:r>
      <w:r>
        <w:br/>
        <w:t>...........................................................................................................................................................conseguito in data ............................. presso l'istituto ....................................................................</w:t>
      </w:r>
      <w:r>
        <w:br/>
        <w:t xml:space="preserve">con sede </w:t>
      </w:r>
      <w:proofErr w:type="gramStart"/>
      <w:r>
        <w:t xml:space="preserve">in </w:t>
      </w:r>
      <w:r w:rsidR="00351506">
        <w:t xml:space="preserve"> </w:t>
      </w:r>
      <w:r>
        <w:t>.....................................................................................................................................</w:t>
      </w:r>
      <w:proofErr w:type="gramEnd"/>
      <w:r>
        <w:t>;</w:t>
      </w:r>
      <w:r>
        <w:br/>
        <w:t xml:space="preserve">c) di esercitare la professione ................................................................... </w:t>
      </w:r>
      <w:proofErr w:type="spellStart"/>
      <w:r>
        <w:t>presso</w:t>
      </w:r>
      <w:proofErr w:type="spellEnd"/>
      <w:r>
        <w:t xml:space="preserve"> </w:t>
      </w:r>
      <w:r w:rsidR="00AD6092">
        <w:t>……</w:t>
      </w:r>
      <w:r>
        <w:t>....................</w:t>
      </w:r>
      <w:r w:rsidR="00351506">
        <w:t xml:space="preserve"> </w:t>
      </w:r>
      <w:proofErr w:type="spellStart"/>
      <w:r>
        <w:t>oppure</w:t>
      </w:r>
      <w:proofErr w:type="spellEnd"/>
      <w:r>
        <w:t xml:space="preserve"> di </w:t>
      </w:r>
      <w:proofErr w:type="spellStart"/>
      <w:r>
        <w:t>essere</w:t>
      </w:r>
      <w:proofErr w:type="spellEnd"/>
      <w:r>
        <w:t xml:space="preserve"> </w:t>
      </w:r>
      <w:proofErr w:type="spellStart"/>
      <w:r>
        <w:t>nella</w:t>
      </w:r>
      <w:proofErr w:type="spellEnd"/>
      <w:r>
        <w:t xml:space="preserve"> </w:t>
      </w:r>
      <w:proofErr w:type="spellStart"/>
      <w:r>
        <w:t>condizione</w:t>
      </w:r>
      <w:proofErr w:type="spellEnd"/>
      <w:r>
        <w:t xml:space="preserve"> di (es: </w:t>
      </w:r>
      <w:proofErr w:type="spellStart"/>
      <w:r>
        <w:t>disoccupato</w:t>
      </w:r>
      <w:proofErr w:type="spellEnd"/>
      <w:r>
        <w:t xml:space="preserve">, </w:t>
      </w:r>
      <w:proofErr w:type="spellStart"/>
      <w:r>
        <w:t>ecc</w:t>
      </w:r>
      <w:proofErr w:type="spellEnd"/>
      <w:r>
        <w:t>.) ..........................................................;</w:t>
      </w:r>
      <w:r>
        <w:br/>
        <w:t>d) di non trovarsi in nessuna delle condizioni di esclusione previste dagli artt. 38 del T.U. 361/1957 e 23 del T.U. 570/1960;</w:t>
      </w:r>
      <w:r>
        <w:br/>
        <w:t>e) di non essere stato/a condannato/a per i reati previsti dall'art. 96 del D.P.R. 570/1960 e dall'art. 104, c. 2, del D.P.R. 361/1957;</w:t>
      </w:r>
      <w:r>
        <w:br/>
        <w:t xml:space="preserve">f) di non </w:t>
      </w:r>
      <w:proofErr w:type="spellStart"/>
      <w:r>
        <w:t>essere</w:t>
      </w:r>
      <w:proofErr w:type="spellEnd"/>
      <w:r>
        <w:t xml:space="preserve"> </w:t>
      </w:r>
      <w:proofErr w:type="spellStart"/>
      <w:r>
        <w:t>già</w:t>
      </w:r>
      <w:proofErr w:type="spellEnd"/>
      <w:r>
        <w:t xml:space="preserve"> </w:t>
      </w:r>
      <w:proofErr w:type="spellStart"/>
      <w:r>
        <w:t>iscritto</w:t>
      </w:r>
      <w:proofErr w:type="spellEnd"/>
      <w:r>
        <w:t xml:space="preserve">/a </w:t>
      </w:r>
      <w:proofErr w:type="spellStart"/>
      <w:r>
        <w:t>nell'Albo</w:t>
      </w:r>
      <w:proofErr w:type="spellEnd"/>
      <w:r>
        <w:t xml:space="preserve"> </w:t>
      </w:r>
      <w:proofErr w:type="spellStart"/>
      <w:r>
        <w:t>unico</w:t>
      </w:r>
      <w:proofErr w:type="spellEnd"/>
      <w:r>
        <w:t xml:space="preserve"> degli </w:t>
      </w:r>
      <w:proofErr w:type="spellStart"/>
      <w:r>
        <w:t>scrutatori</w:t>
      </w:r>
      <w:proofErr w:type="spellEnd"/>
      <w:r>
        <w:t>.</w:t>
      </w:r>
      <w:r>
        <w:rPr>
          <w:b/>
        </w:rPr>
        <w:br/>
      </w:r>
    </w:p>
    <w:p w14:paraId="5E374151" w14:textId="77777777" w:rsidR="00704DDA" w:rsidRDefault="00000000" w:rsidP="00351506">
      <w:pPr>
        <w:spacing w:after="0" w:line="240" w:lineRule="auto"/>
        <w:rPr>
          <w:b/>
        </w:rPr>
      </w:pPr>
      <w:r>
        <w:rPr>
          <w:b/>
        </w:rPr>
        <w:t>ALLEGA:</w:t>
      </w:r>
    </w:p>
    <w:p w14:paraId="671E8188" w14:textId="35C19328" w:rsidR="003A1963" w:rsidRDefault="00000000" w:rsidP="00351506">
      <w:pPr>
        <w:spacing w:after="0" w:line="240" w:lineRule="auto"/>
      </w:pPr>
      <w:r>
        <w:rPr>
          <w:b/>
        </w:rPr>
        <w:br/>
      </w:r>
      <w:r>
        <w:t xml:space="preserve">- COPIA </w:t>
      </w:r>
      <w:proofErr w:type="spellStart"/>
      <w:r>
        <w:t>fronte</w:t>
      </w:r>
      <w:proofErr w:type="spellEnd"/>
      <w:r>
        <w:t xml:space="preserve">/retro del </w:t>
      </w:r>
      <w:proofErr w:type="spellStart"/>
      <w:r>
        <w:t>documento</w:t>
      </w:r>
      <w:proofErr w:type="spellEnd"/>
      <w:r>
        <w:t xml:space="preserve"> di identità;</w:t>
      </w:r>
      <w:r>
        <w:br/>
        <w:t>- Copia del titolo di studio (facoltativa).</w:t>
      </w:r>
    </w:p>
    <w:p w14:paraId="574FFA03" w14:textId="52C26F3C" w:rsidR="00AD6092" w:rsidRDefault="00000000">
      <w:r>
        <w:br/>
        <w:t xml:space="preserve">Taurisano, ................................                                </w:t>
      </w:r>
      <w:r w:rsidR="00AD6092">
        <w:t xml:space="preserve">           </w:t>
      </w:r>
      <w:r w:rsidR="00BF3B51">
        <w:t xml:space="preserve">                 </w:t>
      </w:r>
      <w:r w:rsidR="00AD6092">
        <w:t xml:space="preserve">   </w:t>
      </w:r>
      <w:r>
        <w:t xml:space="preserve">      Firma </w:t>
      </w:r>
    </w:p>
    <w:p w14:paraId="3EEFB305" w14:textId="48C755B0" w:rsidR="00704DDA" w:rsidRDefault="00AD6092" w:rsidP="009D6651">
      <w:pPr>
        <w:rPr>
          <w:rFonts w:ascii="Arial" w:eastAsia="Arial Unicode MS" w:hAnsi="Arial" w:cs="Arial"/>
          <w:b/>
          <w:i/>
        </w:rPr>
      </w:pPr>
      <w:r>
        <w:t xml:space="preserve">                                                                    </w:t>
      </w:r>
      <w:r w:rsidR="00BF3B51">
        <w:t xml:space="preserve">                     </w:t>
      </w:r>
      <w:r>
        <w:t>..............................................................................</w:t>
      </w:r>
    </w:p>
    <w:p w14:paraId="719F84D3" w14:textId="197880BE" w:rsidR="00BF3B51" w:rsidRPr="003C7D1C" w:rsidRDefault="00BF3B51" w:rsidP="00BF3B51">
      <w:pPr>
        <w:spacing w:line="14" w:lineRule="atLeast"/>
        <w:rPr>
          <w:rFonts w:ascii="Arial" w:eastAsia="Arial Unicode MS" w:hAnsi="Arial" w:cs="Arial"/>
          <w:b/>
          <w:i/>
          <w:szCs w:val="24"/>
          <w:u w:val="single"/>
        </w:rPr>
      </w:pPr>
      <w:r w:rsidRPr="00C3127D">
        <w:rPr>
          <w:rFonts w:ascii="Arial" w:eastAsia="Arial Unicode MS" w:hAnsi="Arial" w:cs="Arial"/>
          <w:b/>
          <w:i/>
        </w:rPr>
        <w:t xml:space="preserve">La </w:t>
      </w:r>
      <w:proofErr w:type="spellStart"/>
      <w:r w:rsidRPr="00C3127D">
        <w:rPr>
          <w:rFonts w:ascii="Arial" w:eastAsia="Arial Unicode MS" w:hAnsi="Arial" w:cs="Arial"/>
          <w:b/>
          <w:i/>
        </w:rPr>
        <w:t>domanda</w:t>
      </w:r>
      <w:proofErr w:type="spellEnd"/>
      <w:r w:rsidRPr="00C3127D">
        <w:rPr>
          <w:rFonts w:ascii="Arial" w:eastAsia="Arial Unicode MS" w:hAnsi="Arial" w:cs="Arial"/>
          <w:b/>
          <w:i/>
        </w:rPr>
        <w:t xml:space="preserve"> </w:t>
      </w:r>
      <w:proofErr w:type="spellStart"/>
      <w:r w:rsidRPr="00C3127D">
        <w:rPr>
          <w:rFonts w:ascii="Arial" w:eastAsia="Arial Unicode MS" w:hAnsi="Arial" w:cs="Arial"/>
          <w:b/>
          <w:i/>
        </w:rPr>
        <w:t>deve</w:t>
      </w:r>
      <w:proofErr w:type="spellEnd"/>
      <w:r w:rsidRPr="00C3127D">
        <w:rPr>
          <w:rFonts w:ascii="Arial" w:eastAsia="Arial Unicode MS" w:hAnsi="Arial" w:cs="Arial"/>
          <w:b/>
          <w:i/>
        </w:rPr>
        <w:t xml:space="preserve"> </w:t>
      </w:r>
      <w:proofErr w:type="spellStart"/>
      <w:r w:rsidRPr="00C3127D">
        <w:rPr>
          <w:rFonts w:ascii="Arial" w:eastAsia="Arial Unicode MS" w:hAnsi="Arial" w:cs="Arial"/>
          <w:b/>
          <w:i/>
        </w:rPr>
        <w:t>essere</w:t>
      </w:r>
      <w:proofErr w:type="spellEnd"/>
      <w:r w:rsidRPr="00C3127D">
        <w:rPr>
          <w:rFonts w:ascii="Arial" w:eastAsia="Arial Unicode MS" w:hAnsi="Arial" w:cs="Arial"/>
          <w:b/>
          <w:i/>
        </w:rPr>
        <w:t xml:space="preserve"> </w:t>
      </w:r>
      <w:proofErr w:type="spellStart"/>
      <w:r>
        <w:rPr>
          <w:rFonts w:ascii="Arial" w:eastAsia="Arial Unicode MS" w:hAnsi="Arial" w:cs="Arial"/>
          <w:b/>
          <w:i/>
        </w:rPr>
        <w:t>trasmessa</w:t>
      </w:r>
      <w:proofErr w:type="spellEnd"/>
      <w:r>
        <w:rPr>
          <w:rFonts w:ascii="Arial" w:eastAsia="Arial Unicode MS" w:hAnsi="Arial" w:cs="Arial"/>
          <w:b/>
          <w:i/>
        </w:rPr>
        <w:t xml:space="preserve"> </w:t>
      </w:r>
      <w:proofErr w:type="spellStart"/>
      <w:r w:rsidRPr="003C7D1C">
        <w:rPr>
          <w:rFonts w:ascii="Arial" w:eastAsia="Arial Unicode MS" w:hAnsi="Arial" w:cs="Arial"/>
          <w:b/>
          <w:i/>
          <w:szCs w:val="24"/>
          <w:u w:val="single"/>
        </w:rPr>
        <w:t>entro</w:t>
      </w:r>
      <w:proofErr w:type="spellEnd"/>
      <w:r w:rsidRPr="003C7D1C">
        <w:rPr>
          <w:rFonts w:ascii="Arial" w:eastAsia="Arial Unicode MS" w:hAnsi="Arial" w:cs="Arial"/>
          <w:b/>
          <w:i/>
          <w:szCs w:val="24"/>
          <w:u w:val="single"/>
        </w:rPr>
        <w:t xml:space="preserve"> e non </w:t>
      </w:r>
      <w:proofErr w:type="spellStart"/>
      <w:r w:rsidRPr="003C7D1C">
        <w:rPr>
          <w:rFonts w:ascii="Arial" w:eastAsia="Arial Unicode MS" w:hAnsi="Arial" w:cs="Arial"/>
          <w:b/>
          <w:i/>
          <w:szCs w:val="24"/>
          <w:u w:val="single"/>
        </w:rPr>
        <w:t>oltre</w:t>
      </w:r>
      <w:proofErr w:type="spellEnd"/>
      <w:r w:rsidRPr="003C7D1C">
        <w:rPr>
          <w:rFonts w:ascii="Arial" w:eastAsia="Arial Unicode MS" w:hAnsi="Arial" w:cs="Arial"/>
          <w:b/>
          <w:i/>
          <w:szCs w:val="24"/>
          <w:u w:val="single"/>
        </w:rPr>
        <w:t xml:space="preserve"> il 3</w:t>
      </w:r>
      <w:r>
        <w:rPr>
          <w:rFonts w:ascii="Arial" w:eastAsia="Arial Unicode MS" w:hAnsi="Arial" w:cs="Arial"/>
          <w:b/>
          <w:i/>
          <w:szCs w:val="24"/>
          <w:u w:val="single"/>
        </w:rPr>
        <w:t>0</w:t>
      </w:r>
      <w:r w:rsidRPr="003C7D1C">
        <w:rPr>
          <w:rFonts w:ascii="Arial" w:eastAsia="Arial Unicode MS" w:hAnsi="Arial" w:cs="Arial"/>
          <w:b/>
          <w:i/>
          <w:szCs w:val="24"/>
          <w:u w:val="single"/>
        </w:rPr>
        <w:t xml:space="preserve"> </w:t>
      </w:r>
      <w:r>
        <w:rPr>
          <w:rFonts w:ascii="Arial" w:eastAsia="Arial Unicode MS" w:hAnsi="Arial" w:cs="Arial"/>
          <w:b/>
          <w:i/>
          <w:szCs w:val="24"/>
          <w:u w:val="single"/>
        </w:rPr>
        <w:t xml:space="preserve">Novembre </w:t>
      </w:r>
      <w:proofErr w:type="spellStart"/>
      <w:r w:rsidRPr="003C7D1C">
        <w:rPr>
          <w:rFonts w:ascii="Arial" w:eastAsia="Arial Unicode MS" w:hAnsi="Arial" w:cs="Arial"/>
          <w:b/>
          <w:i/>
          <w:szCs w:val="24"/>
          <w:u w:val="single"/>
        </w:rPr>
        <w:t>tramite</w:t>
      </w:r>
      <w:proofErr w:type="spellEnd"/>
      <w:r w:rsidRPr="003C7D1C">
        <w:rPr>
          <w:rFonts w:ascii="Arial" w:eastAsia="Arial Unicode MS" w:hAnsi="Arial" w:cs="Arial"/>
          <w:b/>
          <w:i/>
          <w:szCs w:val="24"/>
          <w:u w:val="single"/>
        </w:rPr>
        <w:t>:</w:t>
      </w:r>
    </w:p>
    <w:p w14:paraId="0FB7987A" w14:textId="77777777" w:rsidR="00BF3B51" w:rsidRPr="00C3127D" w:rsidRDefault="00BF3B51" w:rsidP="00BF3B51">
      <w:pPr>
        <w:pStyle w:val="Paragrafoelenco"/>
        <w:numPr>
          <w:ilvl w:val="0"/>
          <w:numId w:val="10"/>
        </w:numPr>
        <w:suppressAutoHyphens/>
        <w:spacing w:after="0" w:line="14" w:lineRule="atLeast"/>
        <w:rPr>
          <w:rFonts w:ascii="Arial" w:eastAsia="Arial Unicode MS" w:hAnsi="Arial" w:cs="Arial"/>
          <w:b/>
          <w:i/>
          <w:sz w:val="20"/>
          <w:szCs w:val="20"/>
        </w:rPr>
      </w:pPr>
      <w:proofErr w:type="spellStart"/>
      <w:r w:rsidRPr="00C3127D">
        <w:rPr>
          <w:rFonts w:ascii="Arial" w:eastAsia="Arial Unicode MS" w:hAnsi="Arial" w:cs="Arial"/>
          <w:b/>
          <w:i/>
          <w:sz w:val="20"/>
          <w:szCs w:val="20"/>
        </w:rPr>
        <w:t>posta</w:t>
      </w:r>
      <w:proofErr w:type="spellEnd"/>
      <w:r w:rsidRPr="00C3127D">
        <w:rPr>
          <w:rFonts w:ascii="Arial" w:eastAsia="Arial Unicode MS" w:hAnsi="Arial" w:cs="Arial"/>
          <w:b/>
          <w:i/>
          <w:sz w:val="20"/>
          <w:szCs w:val="20"/>
        </w:rPr>
        <w:t xml:space="preserve"> </w:t>
      </w:r>
      <w:proofErr w:type="spellStart"/>
      <w:r w:rsidRPr="00C3127D">
        <w:rPr>
          <w:rFonts w:ascii="Arial" w:eastAsia="Arial Unicode MS" w:hAnsi="Arial" w:cs="Arial"/>
          <w:b/>
          <w:i/>
          <w:sz w:val="20"/>
          <w:szCs w:val="20"/>
        </w:rPr>
        <w:t>ordinaria</w:t>
      </w:r>
      <w:proofErr w:type="spellEnd"/>
      <w:r w:rsidRPr="00C3127D">
        <w:rPr>
          <w:rFonts w:ascii="Arial" w:eastAsia="Arial Unicode MS" w:hAnsi="Arial" w:cs="Arial"/>
          <w:b/>
          <w:i/>
          <w:sz w:val="20"/>
          <w:szCs w:val="20"/>
        </w:rPr>
        <w:t xml:space="preserve"> </w:t>
      </w:r>
      <w:proofErr w:type="spellStart"/>
      <w:r w:rsidRPr="00C3127D">
        <w:rPr>
          <w:rFonts w:ascii="Arial" w:eastAsia="Arial Unicode MS" w:hAnsi="Arial" w:cs="Arial"/>
          <w:b/>
          <w:i/>
          <w:sz w:val="20"/>
          <w:szCs w:val="20"/>
        </w:rPr>
        <w:t>all'indirizzo</w:t>
      </w:r>
      <w:proofErr w:type="spellEnd"/>
      <w:r w:rsidRPr="00C3127D">
        <w:rPr>
          <w:rFonts w:ascii="Arial" w:eastAsia="Arial Unicode MS" w:hAnsi="Arial" w:cs="Arial"/>
          <w:b/>
          <w:i/>
          <w:sz w:val="20"/>
          <w:szCs w:val="20"/>
        </w:rPr>
        <w:t xml:space="preserve"> Via F. Lopez, 1 – 73056 Taurisano (LE);</w:t>
      </w:r>
    </w:p>
    <w:p w14:paraId="116143AF" w14:textId="77777777" w:rsidR="00BF3B51" w:rsidRPr="00C3127D" w:rsidRDefault="00BF3B51" w:rsidP="00BF3B51">
      <w:pPr>
        <w:pStyle w:val="Paragrafoelenco"/>
        <w:numPr>
          <w:ilvl w:val="0"/>
          <w:numId w:val="10"/>
        </w:numPr>
        <w:suppressAutoHyphens/>
        <w:spacing w:after="0" w:line="14" w:lineRule="atLeast"/>
        <w:rPr>
          <w:rFonts w:ascii="Arial" w:eastAsia="Arial Unicode MS" w:hAnsi="Arial" w:cs="Arial"/>
          <w:b/>
          <w:i/>
          <w:sz w:val="20"/>
          <w:szCs w:val="20"/>
        </w:rPr>
      </w:pPr>
      <w:r w:rsidRPr="00C3127D">
        <w:rPr>
          <w:rFonts w:ascii="Arial" w:eastAsia="Arial Unicode MS" w:hAnsi="Arial" w:cs="Arial"/>
          <w:b/>
          <w:i/>
          <w:sz w:val="20"/>
          <w:szCs w:val="20"/>
        </w:rPr>
        <w:t xml:space="preserve">a mezzo </w:t>
      </w:r>
      <w:proofErr w:type="spellStart"/>
      <w:r w:rsidRPr="00C3127D">
        <w:rPr>
          <w:rFonts w:ascii="Arial" w:eastAsia="Arial Unicode MS" w:hAnsi="Arial" w:cs="Arial"/>
          <w:b/>
          <w:i/>
          <w:sz w:val="20"/>
          <w:szCs w:val="20"/>
        </w:rPr>
        <w:t>consegna</w:t>
      </w:r>
      <w:proofErr w:type="spellEnd"/>
      <w:r w:rsidRPr="00C3127D">
        <w:rPr>
          <w:rFonts w:ascii="Arial" w:eastAsia="Arial Unicode MS" w:hAnsi="Arial" w:cs="Arial"/>
          <w:b/>
          <w:i/>
          <w:sz w:val="20"/>
          <w:szCs w:val="20"/>
        </w:rPr>
        <w:t xml:space="preserve"> </w:t>
      </w:r>
      <w:proofErr w:type="spellStart"/>
      <w:r w:rsidRPr="00C3127D">
        <w:rPr>
          <w:rFonts w:ascii="Arial" w:eastAsia="Arial Unicode MS" w:hAnsi="Arial" w:cs="Arial"/>
          <w:b/>
          <w:i/>
          <w:sz w:val="20"/>
          <w:szCs w:val="20"/>
        </w:rPr>
        <w:t>diretta</w:t>
      </w:r>
      <w:proofErr w:type="spellEnd"/>
      <w:r w:rsidRPr="00C3127D">
        <w:rPr>
          <w:rFonts w:ascii="Arial" w:eastAsia="Arial Unicode MS" w:hAnsi="Arial" w:cs="Arial"/>
          <w:b/>
          <w:i/>
          <w:sz w:val="20"/>
          <w:szCs w:val="20"/>
        </w:rPr>
        <w:t xml:space="preserve"> </w:t>
      </w:r>
      <w:proofErr w:type="spellStart"/>
      <w:r w:rsidRPr="00C3127D">
        <w:rPr>
          <w:rFonts w:ascii="Arial" w:eastAsia="Arial Unicode MS" w:hAnsi="Arial" w:cs="Arial"/>
          <w:b/>
          <w:i/>
          <w:sz w:val="20"/>
          <w:szCs w:val="20"/>
        </w:rPr>
        <w:t>presso</w:t>
      </w:r>
      <w:proofErr w:type="spellEnd"/>
      <w:r w:rsidRPr="00C3127D">
        <w:rPr>
          <w:rFonts w:ascii="Arial" w:eastAsia="Arial Unicode MS" w:hAnsi="Arial" w:cs="Arial"/>
          <w:b/>
          <w:i/>
          <w:sz w:val="20"/>
          <w:szCs w:val="20"/>
        </w:rPr>
        <w:t xml:space="preserve"> </w:t>
      </w:r>
      <w:proofErr w:type="spellStart"/>
      <w:r w:rsidRPr="00C3127D">
        <w:rPr>
          <w:rFonts w:ascii="Arial" w:eastAsia="Arial Unicode MS" w:hAnsi="Arial" w:cs="Arial"/>
          <w:b/>
          <w:i/>
          <w:sz w:val="20"/>
          <w:szCs w:val="20"/>
        </w:rPr>
        <w:t>l'ufficio</w:t>
      </w:r>
      <w:proofErr w:type="spellEnd"/>
      <w:r w:rsidRPr="00C3127D">
        <w:rPr>
          <w:rFonts w:ascii="Arial" w:eastAsia="Arial Unicode MS" w:hAnsi="Arial" w:cs="Arial"/>
          <w:b/>
          <w:i/>
          <w:sz w:val="20"/>
          <w:szCs w:val="20"/>
        </w:rPr>
        <w:t xml:space="preserve"> </w:t>
      </w:r>
      <w:proofErr w:type="spellStart"/>
      <w:r w:rsidRPr="00C3127D">
        <w:rPr>
          <w:rFonts w:ascii="Arial" w:eastAsia="Arial Unicode MS" w:hAnsi="Arial" w:cs="Arial"/>
          <w:b/>
          <w:i/>
          <w:sz w:val="20"/>
          <w:szCs w:val="20"/>
        </w:rPr>
        <w:t>protocollo</w:t>
      </w:r>
      <w:proofErr w:type="spellEnd"/>
      <w:r w:rsidRPr="00C3127D">
        <w:rPr>
          <w:rFonts w:ascii="Arial" w:eastAsia="Arial Unicode MS" w:hAnsi="Arial" w:cs="Arial"/>
          <w:b/>
          <w:i/>
          <w:sz w:val="20"/>
          <w:szCs w:val="20"/>
        </w:rPr>
        <w:t xml:space="preserve"> del </w:t>
      </w:r>
      <w:proofErr w:type="spellStart"/>
      <w:r w:rsidRPr="00C3127D">
        <w:rPr>
          <w:rFonts w:ascii="Arial" w:eastAsia="Arial Unicode MS" w:hAnsi="Arial" w:cs="Arial"/>
          <w:b/>
          <w:i/>
          <w:sz w:val="20"/>
          <w:szCs w:val="20"/>
        </w:rPr>
        <w:t>Comune</w:t>
      </w:r>
      <w:proofErr w:type="spellEnd"/>
      <w:r w:rsidRPr="00C3127D">
        <w:rPr>
          <w:rFonts w:ascii="Arial" w:eastAsia="Arial Unicode MS" w:hAnsi="Arial" w:cs="Arial"/>
          <w:b/>
          <w:i/>
          <w:sz w:val="20"/>
          <w:szCs w:val="20"/>
        </w:rPr>
        <w:t>;</w:t>
      </w:r>
    </w:p>
    <w:p w14:paraId="5B6E4F5D" w14:textId="2718A5D4" w:rsidR="00BF3B51" w:rsidRPr="009D6651" w:rsidRDefault="00BF3B51" w:rsidP="00BF3B51">
      <w:pPr>
        <w:pStyle w:val="Paragrafoelenco"/>
        <w:numPr>
          <w:ilvl w:val="0"/>
          <w:numId w:val="10"/>
        </w:numPr>
        <w:suppressAutoHyphens/>
        <w:spacing w:after="0" w:line="14" w:lineRule="atLeast"/>
        <w:rPr>
          <w:rFonts w:ascii="Arial" w:eastAsia="Arial Unicode MS" w:hAnsi="Arial" w:cs="Arial"/>
          <w:b/>
          <w:i/>
          <w:sz w:val="20"/>
          <w:szCs w:val="20"/>
        </w:rPr>
      </w:pPr>
      <w:r w:rsidRPr="00C3127D">
        <w:rPr>
          <w:rFonts w:ascii="Arial" w:eastAsia="Arial Unicode MS" w:hAnsi="Arial" w:cs="Arial"/>
          <w:b/>
          <w:i/>
          <w:sz w:val="20"/>
          <w:szCs w:val="20"/>
        </w:rPr>
        <w:t xml:space="preserve">via PEC </w:t>
      </w:r>
      <w:proofErr w:type="spellStart"/>
      <w:r w:rsidRPr="00C3127D">
        <w:rPr>
          <w:rFonts w:ascii="Arial" w:eastAsia="Arial Unicode MS" w:hAnsi="Arial" w:cs="Arial"/>
          <w:b/>
          <w:i/>
          <w:sz w:val="20"/>
          <w:szCs w:val="20"/>
        </w:rPr>
        <w:t>all’indirizzo</w:t>
      </w:r>
      <w:proofErr w:type="spellEnd"/>
      <w:r w:rsidRPr="00C3127D">
        <w:rPr>
          <w:rFonts w:ascii="Arial" w:eastAsia="Arial Unicode MS" w:hAnsi="Arial" w:cs="Arial"/>
          <w:b/>
          <w:i/>
          <w:sz w:val="20"/>
          <w:szCs w:val="20"/>
        </w:rPr>
        <w:t xml:space="preserve">:  </w:t>
      </w:r>
      <w:hyperlink r:id="rId6" w:history="1">
        <w:r w:rsidR="009D6651" w:rsidRPr="00BC5AD8">
          <w:rPr>
            <w:rStyle w:val="Collegamentoipertestuale"/>
            <w:rFonts w:ascii="Arial" w:eastAsia="Arial Unicode MS" w:hAnsi="Arial" w:cs="Arial"/>
            <w:b/>
            <w:i/>
            <w:sz w:val="20"/>
            <w:szCs w:val="20"/>
          </w:rPr>
          <w:t>comune.taurisano.le@pec.rupar.puglia.it</w:t>
        </w:r>
      </w:hyperlink>
    </w:p>
    <w:p w14:paraId="46C8BB0A" w14:textId="0194E950" w:rsidR="009D6651" w:rsidRPr="009D6651" w:rsidRDefault="00BF3B51" w:rsidP="00BF3B51">
      <w:pPr>
        <w:pStyle w:val="Paragrafoelenco"/>
        <w:numPr>
          <w:ilvl w:val="0"/>
          <w:numId w:val="10"/>
        </w:numPr>
        <w:suppressAutoHyphens/>
        <w:spacing w:after="0" w:line="14" w:lineRule="atLeast"/>
        <w:rPr>
          <w:rFonts w:ascii="Arial" w:eastAsia="Arial Unicode MS" w:hAnsi="Arial" w:cs="Arial"/>
          <w:b/>
          <w:i/>
          <w:sz w:val="20"/>
          <w:szCs w:val="20"/>
        </w:rPr>
      </w:pPr>
      <w:r w:rsidRPr="009D6651">
        <w:rPr>
          <w:rFonts w:ascii="Arial" w:eastAsia="Arial Unicode MS" w:hAnsi="Arial" w:cs="Arial"/>
          <w:b/>
          <w:i/>
          <w:sz w:val="20"/>
          <w:szCs w:val="20"/>
        </w:rPr>
        <w:t xml:space="preserve">via e-mail </w:t>
      </w:r>
      <w:proofErr w:type="spellStart"/>
      <w:r w:rsidRPr="009D6651">
        <w:rPr>
          <w:rFonts w:ascii="Arial" w:eastAsia="Arial Unicode MS" w:hAnsi="Arial" w:cs="Arial"/>
          <w:b/>
          <w:i/>
          <w:sz w:val="20"/>
          <w:szCs w:val="20"/>
        </w:rPr>
        <w:t>all'indirizzo</w:t>
      </w:r>
      <w:proofErr w:type="spellEnd"/>
      <w:r w:rsidRPr="009D6651">
        <w:rPr>
          <w:rFonts w:ascii="Arial" w:eastAsia="Arial Unicode MS" w:hAnsi="Arial" w:cs="Arial"/>
          <w:b/>
          <w:i/>
          <w:sz w:val="20"/>
          <w:szCs w:val="20"/>
        </w:rPr>
        <w:t>: </w:t>
      </w:r>
      <w:hyperlink r:id="rId7" w:history="1">
        <w:r w:rsidR="009D6651" w:rsidRPr="009D6651">
          <w:rPr>
            <w:rStyle w:val="Collegamentoipertestuale"/>
            <w:rFonts w:ascii="Arial" w:eastAsia="Arial Unicode MS" w:hAnsi="Arial" w:cs="Arial"/>
            <w:b/>
            <w:i/>
            <w:sz w:val="20"/>
            <w:szCs w:val="20"/>
          </w:rPr>
          <w:t>protocollo@comune.taurisano.le.it</w:t>
        </w:r>
      </w:hyperlink>
    </w:p>
    <w:p w14:paraId="0C1181AA" w14:textId="77777777" w:rsidR="009D6651" w:rsidRDefault="009D6651" w:rsidP="00704DDA">
      <w:pPr>
        <w:rPr>
          <w:rFonts w:ascii="Arial Unicode MS" w:eastAsia="Arial Unicode MS" w:hAnsi="Arial Unicode MS" w:cs="Arial Unicode MS"/>
          <w:b/>
          <w:sz w:val="16"/>
          <w:szCs w:val="18"/>
        </w:rPr>
      </w:pPr>
    </w:p>
    <w:p w14:paraId="5E7B602F" w14:textId="6F78E5B7" w:rsidR="00BF3B51" w:rsidRDefault="00BF3B51" w:rsidP="00704DDA">
      <w:pPr>
        <w:rPr>
          <w:b/>
        </w:rPr>
      </w:pPr>
      <w:r>
        <w:rPr>
          <w:rFonts w:ascii="Arial Unicode MS" w:eastAsia="Arial Unicode MS" w:hAnsi="Arial Unicode MS" w:cs="Arial Unicode MS"/>
          <w:b/>
          <w:sz w:val="16"/>
          <w:szCs w:val="18"/>
        </w:rPr>
        <w:t xml:space="preserve">Per </w:t>
      </w:r>
      <w:proofErr w:type="spellStart"/>
      <w:r>
        <w:rPr>
          <w:rFonts w:ascii="Arial Unicode MS" w:eastAsia="Arial Unicode MS" w:hAnsi="Arial Unicode MS" w:cs="Arial Unicode MS"/>
          <w:b/>
          <w:sz w:val="16"/>
          <w:szCs w:val="18"/>
        </w:rPr>
        <w:t>informazioni</w:t>
      </w:r>
      <w:proofErr w:type="spellEnd"/>
      <w:r>
        <w:rPr>
          <w:rFonts w:ascii="Arial Unicode MS" w:eastAsia="Arial Unicode MS" w:hAnsi="Arial Unicode MS" w:cs="Arial Unicode MS"/>
          <w:b/>
          <w:sz w:val="16"/>
          <w:szCs w:val="18"/>
        </w:rPr>
        <w:t xml:space="preserve"> </w:t>
      </w:r>
      <w:proofErr w:type="spellStart"/>
      <w:r>
        <w:rPr>
          <w:rFonts w:ascii="Arial Unicode MS" w:eastAsia="Arial Unicode MS" w:hAnsi="Arial Unicode MS" w:cs="Arial Unicode MS"/>
          <w:b/>
          <w:sz w:val="16"/>
          <w:szCs w:val="18"/>
        </w:rPr>
        <w:t>contattare</w:t>
      </w:r>
      <w:proofErr w:type="spellEnd"/>
      <w:r>
        <w:rPr>
          <w:rFonts w:ascii="Arial Unicode MS" w:eastAsia="Arial Unicode MS" w:hAnsi="Arial Unicode MS" w:cs="Arial Unicode MS"/>
          <w:b/>
          <w:sz w:val="16"/>
          <w:szCs w:val="18"/>
        </w:rPr>
        <w:t xml:space="preserve"> </w:t>
      </w:r>
      <w:proofErr w:type="spellStart"/>
      <w:r>
        <w:rPr>
          <w:rFonts w:ascii="Arial Unicode MS" w:eastAsia="Arial Unicode MS" w:hAnsi="Arial Unicode MS" w:cs="Arial Unicode MS"/>
          <w:b/>
          <w:sz w:val="16"/>
          <w:szCs w:val="18"/>
        </w:rPr>
        <w:t>l’ufficio</w:t>
      </w:r>
      <w:proofErr w:type="spellEnd"/>
      <w:r>
        <w:rPr>
          <w:rFonts w:ascii="Arial Unicode MS" w:eastAsia="Arial Unicode MS" w:hAnsi="Arial Unicode MS" w:cs="Arial Unicode MS"/>
          <w:b/>
          <w:sz w:val="16"/>
          <w:szCs w:val="18"/>
        </w:rPr>
        <w:t xml:space="preserve"> </w:t>
      </w:r>
      <w:proofErr w:type="spellStart"/>
      <w:r>
        <w:rPr>
          <w:rFonts w:ascii="Arial Unicode MS" w:eastAsia="Arial Unicode MS" w:hAnsi="Arial Unicode MS" w:cs="Arial Unicode MS"/>
          <w:b/>
          <w:sz w:val="16"/>
          <w:szCs w:val="18"/>
        </w:rPr>
        <w:t>Elettorale</w:t>
      </w:r>
      <w:proofErr w:type="spellEnd"/>
      <w:r>
        <w:rPr>
          <w:rFonts w:ascii="Arial Unicode MS" w:eastAsia="Arial Unicode MS" w:hAnsi="Arial Unicode MS" w:cs="Arial Unicode MS"/>
          <w:b/>
          <w:sz w:val="16"/>
          <w:szCs w:val="18"/>
        </w:rPr>
        <w:t xml:space="preserve"> del </w:t>
      </w:r>
      <w:proofErr w:type="spellStart"/>
      <w:r>
        <w:rPr>
          <w:rFonts w:ascii="Arial Unicode MS" w:eastAsia="Arial Unicode MS" w:hAnsi="Arial Unicode MS" w:cs="Arial Unicode MS"/>
          <w:b/>
          <w:sz w:val="16"/>
          <w:szCs w:val="18"/>
        </w:rPr>
        <w:t>Comune</w:t>
      </w:r>
      <w:proofErr w:type="spellEnd"/>
      <w:r>
        <w:rPr>
          <w:rFonts w:ascii="Arial Unicode MS" w:eastAsia="Arial Unicode MS" w:hAnsi="Arial Unicode MS" w:cs="Arial Unicode MS"/>
          <w:b/>
          <w:sz w:val="16"/>
          <w:szCs w:val="18"/>
        </w:rPr>
        <w:t xml:space="preserve"> di Taurisano al N. 0833626428.</w:t>
      </w:r>
    </w:p>
    <w:p w14:paraId="0624BFA0" w14:textId="4A72BD0C" w:rsidR="003A1963" w:rsidRDefault="00F72082">
      <w:pPr>
        <w:jc w:val="center"/>
      </w:pPr>
      <w:r>
        <w:rPr>
          <w:b/>
        </w:rPr>
        <w:lastRenderedPageBreak/>
        <w:t xml:space="preserve">(*) </w:t>
      </w:r>
      <w:r w:rsidR="00351506">
        <w:rPr>
          <w:b/>
        </w:rPr>
        <w:t>REQUISITI OBBLIGO SCOLASTICO</w:t>
      </w:r>
      <w:r w:rsidR="00351506">
        <w:rPr>
          <w:b/>
        </w:rPr>
        <w:br/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723"/>
        <w:gridCol w:w="2718"/>
        <w:gridCol w:w="4747"/>
      </w:tblGrid>
      <w:tr w:rsidR="003A1963" w14:paraId="16969F75" w14:textId="77777777" w:rsidTr="005C08FE">
        <w:tc>
          <w:tcPr>
            <w:tcW w:w="2880" w:type="dxa"/>
            <w:shd w:val="clear" w:color="auto" w:fill="1B365D"/>
          </w:tcPr>
          <w:p w14:paraId="4AD81CBD" w14:textId="77777777" w:rsidR="003A1963" w:rsidRDefault="00000000">
            <w:r>
              <w:rPr>
                <w:b/>
              </w:rPr>
              <w:t xml:space="preserve">Fascia </w:t>
            </w:r>
            <w:proofErr w:type="spellStart"/>
            <w:r>
              <w:rPr>
                <w:b/>
              </w:rPr>
              <w:t>Anagrafica</w:t>
            </w:r>
            <w:proofErr w:type="spellEnd"/>
          </w:p>
        </w:tc>
        <w:tc>
          <w:tcPr>
            <w:tcW w:w="2880" w:type="dxa"/>
            <w:shd w:val="clear" w:color="auto" w:fill="1B365D"/>
          </w:tcPr>
          <w:p w14:paraId="5FD360AA" w14:textId="77777777" w:rsidR="003A1963" w:rsidRDefault="00000000">
            <w:r>
              <w:rPr>
                <w:b/>
              </w:rPr>
              <w:t>Titolo Minimo Richiesto</w:t>
            </w:r>
          </w:p>
        </w:tc>
        <w:tc>
          <w:tcPr>
            <w:tcW w:w="5121" w:type="dxa"/>
            <w:shd w:val="clear" w:color="auto" w:fill="1B365D"/>
          </w:tcPr>
          <w:p w14:paraId="4B304A13" w14:textId="77777777" w:rsidR="003A1963" w:rsidRDefault="00000000">
            <w:r>
              <w:rPr>
                <w:b/>
              </w:rPr>
              <w:t>Riferimento e Dettaglio Normativo</w:t>
            </w:r>
          </w:p>
        </w:tc>
      </w:tr>
      <w:tr w:rsidR="003A1963" w14:paraId="21B47D95" w14:textId="77777777" w:rsidTr="005C08FE">
        <w:tc>
          <w:tcPr>
            <w:tcW w:w="2880" w:type="dxa"/>
            <w:shd w:val="clear" w:color="auto" w:fill="E6F0FA"/>
          </w:tcPr>
          <w:p w14:paraId="2B701C34" w14:textId="77777777" w:rsidR="003A1963" w:rsidRDefault="00000000">
            <w:r>
              <w:rPr>
                <w:b/>
              </w:rPr>
              <w:t>Nati fino al 31/12/1951</w:t>
            </w:r>
          </w:p>
        </w:tc>
        <w:tc>
          <w:tcPr>
            <w:tcW w:w="2880" w:type="dxa"/>
            <w:shd w:val="clear" w:color="auto" w:fill="E6F0FA"/>
          </w:tcPr>
          <w:p w14:paraId="06F6C26C" w14:textId="77777777" w:rsidR="003A1963" w:rsidRDefault="00000000">
            <w:r>
              <w:t>Licenza Elementare (5ª ele.)</w:t>
            </w:r>
          </w:p>
        </w:tc>
        <w:tc>
          <w:tcPr>
            <w:tcW w:w="5121" w:type="dxa"/>
            <w:shd w:val="clear" w:color="auto" w:fill="E6F0FA"/>
          </w:tcPr>
          <w:p w14:paraId="438D604F" w14:textId="77777777" w:rsidR="003A1963" w:rsidRDefault="00000000">
            <w:r>
              <w:t>Assolto con la frequenza di 8 anni di studi fino al compimento del 15° anno di età.</w:t>
            </w:r>
          </w:p>
        </w:tc>
      </w:tr>
      <w:tr w:rsidR="003A1963" w14:paraId="0430FD03" w14:textId="77777777" w:rsidTr="005C08FE">
        <w:tc>
          <w:tcPr>
            <w:tcW w:w="2880" w:type="dxa"/>
            <w:shd w:val="clear" w:color="auto" w:fill="FFF0E6"/>
          </w:tcPr>
          <w:p w14:paraId="24429087" w14:textId="77777777" w:rsidR="003A1963" w:rsidRDefault="00000000">
            <w:r>
              <w:rPr>
                <w:b/>
              </w:rPr>
              <w:t>Nati dal 01/01/1952 al 31/12/1984</w:t>
            </w:r>
          </w:p>
        </w:tc>
        <w:tc>
          <w:tcPr>
            <w:tcW w:w="2880" w:type="dxa"/>
            <w:shd w:val="clear" w:color="auto" w:fill="FFF0E6"/>
          </w:tcPr>
          <w:p w14:paraId="28AF44E4" w14:textId="77777777" w:rsidR="003A1963" w:rsidRDefault="00000000">
            <w:r>
              <w:t>Licenza Media Inferiore</w:t>
            </w:r>
          </w:p>
        </w:tc>
        <w:tc>
          <w:tcPr>
            <w:tcW w:w="5121" w:type="dxa"/>
            <w:shd w:val="clear" w:color="auto" w:fill="FFF0E6"/>
          </w:tcPr>
          <w:p w14:paraId="66F29AFE" w14:textId="77777777" w:rsidR="003A1963" w:rsidRDefault="00000000">
            <w:r>
              <w:t>Obbligo di 8 anni complessivi (Scuola Secondaria di I grado - Legge n. 1859/1962).</w:t>
            </w:r>
          </w:p>
        </w:tc>
      </w:tr>
      <w:tr w:rsidR="003A1963" w14:paraId="5CB9005C" w14:textId="77777777" w:rsidTr="005C08FE">
        <w:tc>
          <w:tcPr>
            <w:tcW w:w="2880" w:type="dxa"/>
            <w:shd w:val="clear" w:color="auto" w:fill="E6F4EA"/>
          </w:tcPr>
          <w:p w14:paraId="6666FD6E" w14:textId="77777777" w:rsidR="003A1963" w:rsidRDefault="00000000">
            <w:r>
              <w:rPr>
                <w:b/>
              </w:rPr>
              <w:t>Nati dal 01/01/1985 al 31/12/1992</w:t>
            </w:r>
          </w:p>
        </w:tc>
        <w:tc>
          <w:tcPr>
            <w:tcW w:w="2880" w:type="dxa"/>
            <w:shd w:val="clear" w:color="auto" w:fill="E6F4EA"/>
          </w:tcPr>
          <w:p w14:paraId="18155EA6" w14:textId="77777777" w:rsidR="003A1963" w:rsidRDefault="00000000">
            <w:r>
              <w:t>Frequenza 1° Anno Superiore</w:t>
            </w:r>
          </w:p>
        </w:tc>
        <w:tc>
          <w:tcPr>
            <w:tcW w:w="5121" w:type="dxa"/>
            <w:shd w:val="clear" w:color="auto" w:fill="E6F4EA"/>
          </w:tcPr>
          <w:p w14:paraId="06DCB92F" w14:textId="77777777" w:rsidR="003A1963" w:rsidRDefault="00000000">
            <w:r>
              <w:t>Obbligo elevato a 9 anni complessivi (Legge n. 9/1999).</w:t>
            </w:r>
          </w:p>
        </w:tc>
      </w:tr>
      <w:tr w:rsidR="003A1963" w14:paraId="1AE0BBE9" w14:textId="77777777" w:rsidTr="005C08FE">
        <w:tc>
          <w:tcPr>
            <w:tcW w:w="2880" w:type="dxa"/>
            <w:shd w:val="clear" w:color="auto" w:fill="F3E8FF"/>
          </w:tcPr>
          <w:p w14:paraId="404FC3C8" w14:textId="77777777" w:rsidR="003A1963" w:rsidRDefault="00000000">
            <w:r>
              <w:rPr>
                <w:b/>
              </w:rPr>
              <w:t>Nati dal 01/01/1993 in poi</w:t>
            </w:r>
          </w:p>
        </w:tc>
        <w:tc>
          <w:tcPr>
            <w:tcW w:w="2880" w:type="dxa"/>
            <w:shd w:val="clear" w:color="auto" w:fill="F3E8FF"/>
          </w:tcPr>
          <w:p w14:paraId="4F169AE2" w14:textId="77777777" w:rsidR="003A1963" w:rsidRDefault="00000000">
            <w:r>
              <w:t>Frequenza 2° Anno Superiore</w:t>
            </w:r>
          </w:p>
        </w:tc>
        <w:tc>
          <w:tcPr>
            <w:tcW w:w="5121" w:type="dxa"/>
            <w:shd w:val="clear" w:color="auto" w:fill="F3E8FF"/>
          </w:tcPr>
          <w:p w14:paraId="3140B807" w14:textId="77777777" w:rsidR="003A1963" w:rsidRDefault="00000000">
            <w:r>
              <w:t>Normativa vigente: 10 anni di obbligo scolastico (Legge n. 296/2006).</w:t>
            </w:r>
          </w:p>
        </w:tc>
      </w:tr>
    </w:tbl>
    <w:p w14:paraId="3A95AB8B" w14:textId="569B5E21" w:rsidR="003A1963" w:rsidRDefault="00000000">
      <w:r>
        <w:rPr>
          <w:b/>
        </w:rPr>
        <w:br/>
      </w:r>
    </w:p>
    <w:sectPr w:rsidR="003A1963" w:rsidSect="009D6651">
      <w:pgSz w:w="12240" w:h="15840"/>
      <w:pgMar w:top="720" w:right="1134" w:bottom="7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60409020205020404"/>
    <w:charset w:val="00"/>
    <w:family w:val="modern"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variable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2664170F"/>
    <w:multiLevelType w:val="multilevel"/>
    <w:tmpl w:val="8632C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44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16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25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324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3600"/>
        </w:tabs>
        <w:ind w:left="6480" w:hanging="360"/>
      </w:pPr>
      <w:rPr>
        <w:rFonts w:ascii="Wingdings" w:hAnsi="Wingdings" w:cs="Wingdings" w:hint="default"/>
      </w:rPr>
    </w:lvl>
  </w:abstractNum>
  <w:num w:numId="1" w16cid:durableId="356204216">
    <w:abstractNumId w:val="8"/>
  </w:num>
  <w:num w:numId="2" w16cid:durableId="462116953">
    <w:abstractNumId w:val="6"/>
  </w:num>
  <w:num w:numId="3" w16cid:durableId="1718509888">
    <w:abstractNumId w:val="5"/>
  </w:num>
  <w:num w:numId="4" w16cid:durableId="1143741333">
    <w:abstractNumId w:val="4"/>
  </w:num>
  <w:num w:numId="5" w16cid:durableId="1355301799">
    <w:abstractNumId w:val="7"/>
  </w:num>
  <w:num w:numId="6" w16cid:durableId="990252045">
    <w:abstractNumId w:val="3"/>
  </w:num>
  <w:num w:numId="7" w16cid:durableId="1555047584">
    <w:abstractNumId w:val="2"/>
  </w:num>
  <w:num w:numId="8" w16cid:durableId="2013725313">
    <w:abstractNumId w:val="1"/>
  </w:num>
  <w:num w:numId="9" w16cid:durableId="1064452882">
    <w:abstractNumId w:val="0"/>
  </w:num>
  <w:num w:numId="10" w16cid:durableId="201059384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351506"/>
    <w:rsid w:val="003A1963"/>
    <w:rsid w:val="005C08FE"/>
    <w:rsid w:val="0063000C"/>
    <w:rsid w:val="00704DDA"/>
    <w:rsid w:val="007611DD"/>
    <w:rsid w:val="008E23D0"/>
    <w:rsid w:val="009D6651"/>
    <w:rsid w:val="00AA1D8D"/>
    <w:rsid w:val="00AD6092"/>
    <w:rsid w:val="00B46724"/>
    <w:rsid w:val="00B47730"/>
    <w:rsid w:val="00BF3B51"/>
    <w:rsid w:val="00CB0664"/>
    <w:rsid w:val="00F72082"/>
    <w:rsid w:val="00FC693F"/>
    <w:rsid w:val="00FF39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F1ABEFC"/>
  <w14:defaultImageDpi w14:val="300"/>
  <w15:docId w15:val="{C70AB971-1772-415C-B2B2-045B2D6B9D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  <w:rPr>
      <w:rFonts w:ascii="Calibri" w:hAnsi="Calibri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99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Collegamentoipertestuale">
    <w:name w:val="Hyperlink"/>
    <w:basedOn w:val="Carpredefinitoparagrafo"/>
    <w:uiPriority w:val="99"/>
    <w:unhideWhenUsed/>
    <w:rsid w:val="009D6651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9D665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protocollo@comune.taurisano.le.it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comune.taurisano.le@pec.rupar.puglia.it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2</Pages>
  <Words>622</Words>
  <Characters>3547</Characters>
  <Application>Microsoft Office Word</Application>
  <DocSecurity>0</DocSecurity>
  <Lines>29</Lines>
  <Paragraphs>8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4161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Bernardo De Paola</cp:lastModifiedBy>
  <cp:revision>7</cp:revision>
  <cp:lastPrinted>2026-10-27T09:42:00Z</cp:lastPrinted>
  <dcterms:created xsi:type="dcterms:W3CDTF">2013-12-23T23:15:00Z</dcterms:created>
  <dcterms:modified xsi:type="dcterms:W3CDTF">2026-10-28T06:45:00Z</dcterms:modified>
  <cp:category/>
</cp:coreProperties>
</file>