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060" w:type="dxa"/>
        <w:jc w:val="center"/>
        <w:tblLook w:val="04A0" w:firstRow="1" w:lastRow="0" w:firstColumn="1" w:lastColumn="0" w:noHBand="0" w:noVBand="1"/>
      </w:tblPr>
      <w:tblGrid>
        <w:gridCol w:w="1555"/>
        <w:gridCol w:w="8505"/>
      </w:tblGrid>
      <w:tr w:rsidR="008C6FBC" w:rsidRPr="00CF0AF9" w:rsidTr="008C6FBC">
        <w:trPr>
          <w:jc w:val="center"/>
        </w:trPr>
        <w:tc>
          <w:tcPr>
            <w:tcW w:w="1555" w:type="dxa"/>
          </w:tcPr>
          <w:p w:rsidR="008C6FBC" w:rsidRPr="00CF0AF9" w:rsidRDefault="008C6FBC" w:rsidP="008C6FBC">
            <w:pPr>
              <w:spacing w:before="160" w:after="160"/>
              <w:rPr>
                <w:b/>
                <w:color w:val="auto"/>
                <w:sz w:val="20"/>
              </w:rPr>
            </w:pPr>
            <w:proofErr w:type="spellStart"/>
            <w:r>
              <w:rPr>
                <w:b/>
                <w:color w:val="auto"/>
                <w:sz w:val="20"/>
              </w:rPr>
              <w:t>Allegato</w:t>
            </w:r>
            <w:proofErr w:type="spellEnd"/>
            <w:r>
              <w:rPr>
                <w:b/>
                <w:color w:val="auto"/>
                <w:sz w:val="20"/>
              </w:rPr>
              <w:t xml:space="preserve"> A</w:t>
            </w:r>
          </w:p>
        </w:tc>
        <w:tc>
          <w:tcPr>
            <w:tcW w:w="8505" w:type="dxa"/>
            <w:shd w:val="clear" w:color="auto" w:fill="auto"/>
          </w:tcPr>
          <w:p w:rsidR="008C6FBC" w:rsidRPr="00CF0AF9" w:rsidRDefault="008C6FBC" w:rsidP="00A7103D">
            <w:pPr>
              <w:spacing w:before="160" w:after="160"/>
              <w:jc w:val="right"/>
              <w:rPr>
                <w:color w:val="auto"/>
              </w:rPr>
            </w:pPr>
            <w:proofErr w:type="spellStart"/>
            <w:r w:rsidRPr="00CF0AF9">
              <w:rPr>
                <w:b/>
                <w:color w:val="auto"/>
                <w:sz w:val="20"/>
              </w:rPr>
              <w:t>Spett.le</w:t>
            </w:r>
            <w:proofErr w:type="spellEnd"/>
            <w:r w:rsidRPr="00CF0AF9">
              <w:rPr>
                <w:b/>
                <w:color w:val="auto"/>
                <w:sz w:val="20"/>
              </w:rPr>
              <w:br/>
              <w:t>AZIENDA PEDEMONTANA SOCIALE</w:t>
            </w:r>
            <w:r w:rsidRPr="00CF0AF9">
              <w:rPr>
                <w:b/>
                <w:color w:val="auto"/>
                <w:sz w:val="20"/>
              </w:rPr>
              <w:br/>
              <w:t>Piazza Fraternità, 4</w:t>
            </w:r>
            <w:r w:rsidRPr="00CF0AF9">
              <w:rPr>
                <w:b/>
                <w:color w:val="auto"/>
                <w:sz w:val="20"/>
              </w:rPr>
              <w:br/>
              <w:t>43044 Collecchio (PR)</w:t>
            </w:r>
            <w:r w:rsidRPr="00CF0AF9">
              <w:rPr>
                <w:b/>
                <w:color w:val="auto"/>
                <w:sz w:val="20"/>
              </w:rPr>
              <w:br/>
            </w:r>
            <w:r w:rsidRPr="00CF0AF9">
              <w:rPr>
                <w:i/>
                <w:color w:val="auto"/>
              </w:rPr>
              <w:t>PEC: pedemontanasocialeparma@pec.it</w:t>
            </w:r>
          </w:p>
        </w:tc>
      </w:tr>
    </w:tbl>
    <w:p w:rsidR="00930DD9" w:rsidRDefault="00930DD9">
      <w:pPr>
        <w:spacing w:after="80"/>
        <w:rPr>
          <w:rFonts w:ascii="Arial Narrow" w:hAnsi="Arial Narrow"/>
        </w:rPr>
      </w:pPr>
    </w:p>
    <w:p w:rsidR="008C6FBC" w:rsidRDefault="008C6FBC">
      <w:pPr>
        <w:spacing w:after="80"/>
        <w:rPr>
          <w:rFonts w:ascii="Arial Narrow" w:hAnsi="Arial Narrow"/>
        </w:rPr>
      </w:pPr>
    </w:p>
    <w:p w:rsidR="008C6FBC" w:rsidRPr="000A1D43" w:rsidRDefault="008C6FBC" w:rsidP="008C6FBC">
      <w:pPr>
        <w:spacing w:after="80"/>
        <w:jc w:val="center"/>
        <w:rPr>
          <w:rFonts w:ascii="Arial Narrow" w:hAnsi="Arial Narrow"/>
        </w:rPr>
      </w:pPr>
      <w:r w:rsidRPr="000A1D43">
        <w:rPr>
          <w:rFonts w:ascii="Arial Narrow" w:hAnsi="Arial Narrow"/>
          <w:b/>
          <w:color w:val="auto"/>
          <w:sz w:val="22"/>
        </w:rPr>
        <w:t>AZIENDA PEDEMONTANA SOCIALE</w:t>
      </w:r>
      <w:r w:rsidRPr="000A1D43">
        <w:rPr>
          <w:rFonts w:ascii="Arial Narrow" w:hAnsi="Arial Narrow"/>
          <w:b/>
          <w:color w:val="auto"/>
          <w:sz w:val="22"/>
        </w:rPr>
        <w:br/>
        <w:t>DOMANDA DI PARTECIPAZIONE - PROCEDURA COMPARATIVA INFERMIERI</w:t>
      </w:r>
    </w:p>
    <w:p w:rsidR="00930DD9" w:rsidRPr="000A1D43" w:rsidRDefault="008F2216">
      <w:pPr>
        <w:spacing w:before="120" w:after="80"/>
        <w:rPr>
          <w:rFonts w:ascii="Arial Narrow" w:hAnsi="Arial Narrow"/>
          <w:color w:val="auto"/>
        </w:rPr>
      </w:pPr>
      <w:r w:rsidRPr="000A1D43">
        <w:rPr>
          <w:rFonts w:ascii="Arial Narrow" w:hAnsi="Arial Narrow"/>
          <w:b/>
          <w:color w:val="auto"/>
          <w:sz w:val="21"/>
        </w:rPr>
        <w:t>1. DATI ANAGRAFICI E RECAPITI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168"/>
        <w:gridCol w:w="6912"/>
      </w:tblGrid>
      <w:tr w:rsidR="000A1D43" w:rsidRPr="000A1D43" w:rsidTr="000A1D43">
        <w:trPr>
          <w:jc w:val="center"/>
        </w:trPr>
        <w:tc>
          <w:tcPr>
            <w:tcW w:w="3168" w:type="dxa"/>
            <w:tcBorders>
              <w:right w:val="single" w:sz="4" w:space="0" w:color="auto"/>
            </w:tcBorders>
          </w:tcPr>
          <w:p w:rsidR="00930DD9" w:rsidRPr="000A1D43" w:rsidRDefault="008F2216">
            <w:pPr>
              <w:spacing w:before="60" w:after="60"/>
              <w:rPr>
                <w:rFonts w:ascii="Arial Narrow" w:hAnsi="Arial Narrow"/>
                <w:color w:val="auto"/>
                <w:sz w:val="22"/>
              </w:rPr>
            </w:pPr>
            <w:proofErr w:type="spellStart"/>
            <w:r w:rsidRPr="000A1D43">
              <w:rPr>
                <w:rFonts w:ascii="Arial Narrow" w:hAnsi="Arial Narrow"/>
                <w:b/>
                <w:color w:val="auto"/>
                <w:sz w:val="22"/>
              </w:rPr>
              <w:t>Cognome</w:t>
            </w:r>
            <w:proofErr w:type="spellEnd"/>
            <w:r w:rsidRPr="000A1D43">
              <w:rPr>
                <w:rFonts w:ascii="Arial Narrow" w:hAnsi="Arial Narrow"/>
                <w:b/>
                <w:color w:val="auto"/>
                <w:sz w:val="22"/>
              </w:rPr>
              <w:t xml:space="preserve"> e Nome</w:t>
            </w:r>
          </w:p>
        </w:tc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FAFA"/>
          </w:tcPr>
          <w:p w:rsidR="00930DD9" w:rsidRPr="000A1D43" w:rsidRDefault="008F2216">
            <w:pPr>
              <w:spacing w:before="60" w:after="60"/>
              <w:rPr>
                <w:rFonts w:ascii="Arial Narrow" w:hAnsi="Arial Narrow"/>
                <w:color w:val="auto"/>
                <w:sz w:val="22"/>
              </w:rPr>
            </w:pPr>
            <w:r w:rsidRPr="000A1D43">
              <w:rPr>
                <w:rFonts w:ascii="Arial Narrow" w:hAnsi="Arial Narrow"/>
                <w:i/>
                <w:color w:val="auto"/>
                <w:sz w:val="22"/>
              </w:rPr>
              <w:t>[ Inserire Nome e Cognome ]</w:t>
            </w:r>
          </w:p>
        </w:tc>
      </w:tr>
      <w:tr w:rsidR="000A1D43" w:rsidRPr="000A1D43" w:rsidTr="000A1D43">
        <w:trPr>
          <w:jc w:val="center"/>
        </w:trPr>
        <w:tc>
          <w:tcPr>
            <w:tcW w:w="3168" w:type="dxa"/>
            <w:tcBorders>
              <w:right w:val="single" w:sz="4" w:space="0" w:color="auto"/>
            </w:tcBorders>
          </w:tcPr>
          <w:p w:rsidR="00930DD9" w:rsidRPr="000A1D43" w:rsidRDefault="008F2216">
            <w:pPr>
              <w:spacing w:before="60" w:after="60"/>
              <w:rPr>
                <w:rFonts w:ascii="Arial Narrow" w:hAnsi="Arial Narrow"/>
                <w:color w:val="auto"/>
                <w:sz w:val="22"/>
              </w:rPr>
            </w:pPr>
            <w:proofErr w:type="spellStart"/>
            <w:r w:rsidRPr="000A1D43">
              <w:rPr>
                <w:rFonts w:ascii="Arial Narrow" w:hAnsi="Arial Narrow"/>
                <w:b/>
                <w:color w:val="auto"/>
                <w:sz w:val="22"/>
              </w:rPr>
              <w:t>Codice</w:t>
            </w:r>
            <w:proofErr w:type="spellEnd"/>
            <w:r w:rsidRPr="000A1D43">
              <w:rPr>
                <w:rFonts w:ascii="Arial Narrow" w:hAnsi="Arial Narrow"/>
                <w:b/>
                <w:color w:val="auto"/>
                <w:sz w:val="22"/>
              </w:rPr>
              <w:t xml:space="preserve"> </w:t>
            </w:r>
            <w:proofErr w:type="spellStart"/>
            <w:r w:rsidRPr="000A1D43">
              <w:rPr>
                <w:rFonts w:ascii="Arial Narrow" w:hAnsi="Arial Narrow"/>
                <w:b/>
                <w:color w:val="auto"/>
                <w:sz w:val="22"/>
              </w:rPr>
              <w:t>Fiscale</w:t>
            </w:r>
            <w:proofErr w:type="spellEnd"/>
          </w:p>
        </w:tc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FAFA"/>
          </w:tcPr>
          <w:p w:rsidR="00930DD9" w:rsidRPr="000A1D43" w:rsidRDefault="008F2216">
            <w:pPr>
              <w:spacing w:before="60" w:after="60"/>
              <w:rPr>
                <w:rFonts w:ascii="Arial Narrow" w:hAnsi="Arial Narrow"/>
                <w:color w:val="auto"/>
                <w:sz w:val="22"/>
              </w:rPr>
            </w:pPr>
            <w:r w:rsidRPr="000A1D43">
              <w:rPr>
                <w:rFonts w:ascii="Arial Narrow" w:hAnsi="Arial Narrow"/>
                <w:i/>
                <w:color w:val="auto"/>
                <w:sz w:val="22"/>
              </w:rPr>
              <w:t>[ Inserire Codice Fiscale ]</w:t>
            </w:r>
          </w:p>
        </w:tc>
      </w:tr>
      <w:tr w:rsidR="000A1D43" w:rsidRPr="000A1D43" w:rsidTr="000A1D43">
        <w:trPr>
          <w:jc w:val="center"/>
        </w:trPr>
        <w:tc>
          <w:tcPr>
            <w:tcW w:w="3168" w:type="dxa"/>
            <w:tcBorders>
              <w:right w:val="single" w:sz="4" w:space="0" w:color="auto"/>
            </w:tcBorders>
          </w:tcPr>
          <w:p w:rsidR="00930DD9" w:rsidRPr="000A1D43" w:rsidRDefault="008F2216">
            <w:pPr>
              <w:spacing w:before="60" w:after="60"/>
              <w:rPr>
                <w:rFonts w:ascii="Arial Narrow" w:hAnsi="Arial Narrow"/>
                <w:color w:val="auto"/>
                <w:sz w:val="22"/>
              </w:rPr>
            </w:pPr>
            <w:proofErr w:type="spellStart"/>
            <w:r w:rsidRPr="000A1D43">
              <w:rPr>
                <w:rFonts w:ascii="Arial Narrow" w:hAnsi="Arial Narrow"/>
                <w:b/>
                <w:color w:val="auto"/>
                <w:sz w:val="22"/>
              </w:rPr>
              <w:t>Luogo</w:t>
            </w:r>
            <w:proofErr w:type="spellEnd"/>
            <w:r w:rsidRPr="000A1D43">
              <w:rPr>
                <w:rFonts w:ascii="Arial Narrow" w:hAnsi="Arial Narrow"/>
                <w:b/>
                <w:color w:val="auto"/>
                <w:sz w:val="22"/>
              </w:rPr>
              <w:t xml:space="preserve"> e Data di Nascita</w:t>
            </w:r>
          </w:p>
        </w:tc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FAFA"/>
          </w:tcPr>
          <w:p w:rsidR="00930DD9" w:rsidRPr="000A1D43" w:rsidRDefault="008F2216">
            <w:pPr>
              <w:spacing w:before="60" w:after="60"/>
              <w:rPr>
                <w:rFonts w:ascii="Arial Narrow" w:hAnsi="Arial Narrow"/>
                <w:color w:val="auto"/>
                <w:sz w:val="22"/>
              </w:rPr>
            </w:pPr>
            <w:r w:rsidRPr="000A1D43">
              <w:rPr>
                <w:rFonts w:ascii="Arial Narrow" w:hAnsi="Arial Narrow"/>
                <w:i/>
                <w:color w:val="auto"/>
                <w:sz w:val="22"/>
              </w:rPr>
              <w:t>[ Città (Prov) - GG/MM/AAAA ]</w:t>
            </w:r>
          </w:p>
        </w:tc>
      </w:tr>
      <w:tr w:rsidR="000A1D43" w:rsidRPr="000A1D43" w:rsidTr="000A1D43">
        <w:trPr>
          <w:jc w:val="center"/>
        </w:trPr>
        <w:tc>
          <w:tcPr>
            <w:tcW w:w="3168" w:type="dxa"/>
            <w:tcBorders>
              <w:right w:val="single" w:sz="4" w:space="0" w:color="auto"/>
            </w:tcBorders>
          </w:tcPr>
          <w:p w:rsidR="00930DD9" w:rsidRPr="000A1D43" w:rsidRDefault="008F2216">
            <w:pPr>
              <w:spacing w:before="60" w:after="60"/>
              <w:rPr>
                <w:rFonts w:ascii="Arial Narrow" w:hAnsi="Arial Narrow"/>
                <w:color w:val="auto"/>
                <w:sz w:val="22"/>
              </w:rPr>
            </w:pPr>
            <w:proofErr w:type="spellStart"/>
            <w:r w:rsidRPr="000A1D43">
              <w:rPr>
                <w:rFonts w:ascii="Arial Narrow" w:hAnsi="Arial Narrow"/>
                <w:b/>
                <w:color w:val="auto"/>
                <w:sz w:val="22"/>
              </w:rPr>
              <w:t>Residenza</w:t>
            </w:r>
            <w:proofErr w:type="spellEnd"/>
            <w:r w:rsidRPr="000A1D43">
              <w:rPr>
                <w:rFonts w:ascii="Arial Narrow" w:hAnsi="Arial Narrow"/>
                <w:b/>
                <w:color w:val="auto"/>
                <w:sz w:val="22"/>
              </w:rPr>
              <w:t xml:space="preserve"> </w:t>
            </w:r>
            <w:proofErr w:type="spellStart"/>
            <w:r w:rsidRPr="000A1D43">
              <w:rPr>
                <w:rFonts w:ascii="Arial Narrow" w:hAnsi="Arial Narrow"/>
                <w:b/>
                <w:color w:val="auto"/>
                <w:sz w:val="22"/>
              </w:rPr>
              <w:t>Anagrafica</w:t>
            </w:r>
            <w:proofErr w:type="spellEnd"/>
          </w:p>
        </w:tc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FAFA"/>
          </w:tcPr>
          <w:p w:rsidR="00930DD9" w:rsidRPr="000A1D43" w:rsidRDefault="008F2216">
            <w:pPr>
              <w:spacing w:before="60" w:after="60"/>
              <w:rPr>
                <w:rFonts w:ascii="Arial Narrow" w:hAnsi="Arial Narrow"/>
                <w:color w:val="auto"/>
                <w:sz w:val="22"/>
              </w:rPr>
            </w:pPr>
            <w:proofErr w:type="gramStart"/>
            <w:r w:rsidRPr="000A1D43">
              <w:rPr>
                <w:rFonts w:ascii="Arial Narrow" w:hAnsi="Arial Narrow"/>
                <w:i/>
                <w:color w:val="auto"/>
                <w:sz w:val="22"/>
              </w:rPr>
              <w:t>[ Indirizzo</w:t>
            </w:r>
            <w:proofErr w:type="gramEnd"/>
            <w:r w:rsidRPr="000A1D43">
              <w:rPr>
                <w:rFonts w:ascii="Arial Narrow" w:hAnsi="Arial Narrow"/>
                <w:i/>
                <w:color w:val="auto"/>
                <w:sz w:val="22"/>
              </w:rPr>
              <w:t>, n., C.A.P., Città, Prov. ]</w:t>
            </w:r>
          </w:p>
        </w:tc>
      </w:tr>
      <w:tr w:rsidR="000A1D43" w:rsidRPr="000A1D43" w:rsidTr="000A1D43">
        <w:trPr>
          <w:jc w:val="center"/>
        </w:trPr>
        <w:tc>
          <w:tcPr>
            <w:tcW w:w="3168" w:type="dxa"/>
            <w:tcBorders>
              <w:right w:val="single" w:sz="4" w:space="0" w:color="auto"/>
            </w:tcBorders>
          </w:tcPr>
          <w:p w:rsidR="00930DD9" w:rsidRPr="000A1D43" w:rsidRDefault="008F2216">
            <w:pPr>
              <w:spacing w:before="60" w:after="60"/>
              <w:rPr>
                <w:rFonts w:ascii="Arial Narrow" w:hAnsi="Arial Narrow"/>
                <w:color w:val="auto"/>
                <w:sz w:val="22"/>
              </w:rPr>
            </w:pPr>
            <w:proofErr w:type="spellStart"/>
            <w:r w:rsidRPr="000A1D43">
              <w:rPr>
                <w:rFonts w:ascii="Arial Narrow" w:hAnsi="Arial Narrow"/>
                <w:b/>
                <w:color w:val="auto"/>
                <w:sz w:val="22"/>
              </w:rPr>
              <w:t>Domicilio</w:t>
            </w:r>
            <w:proofErr w:type="spellEnd"/>
            <w:r w:rsidRPr="000A1D43">
              <w:rPr>
                <w:rFonts w:ascii="Arial Narrow" w:hAnsi="Arial Narrow"/>
                <w:b/>
                <w:color w:val="auto"/>
                <w:sz w:val="22"/>
              </w:rPr>
              <w:t xml:space="preserve"> (se </w:t>
            </w:r>
            <w:proofErr w:type="spellStart"/>
            <w:r w:rsidRPr="000A1D43">
              <w:rPr>
                <w:rFonts w:ascii="Arial Narrow" w:hAnsi="Arial Narrow"/>
                <w:b/>
                <w:color w:val="auto"/>
                <w:sz w:val="22"/>
              </w:rPr>
              <w:t>diverso</w:t>
            </w:r>
            <w:proofErr w:type="spellEnd"/>
            <w:r w:rsidRPr="000A1D43">
              <w:rPr>
                <w:rFonts w:ascii="Arial Narrow" w:hAnsi="Arial Narrow"/>
                <w:b/>
                <w:color w:val="auto"/>
                <w:sz w:val="22"/>
              </w:rPr>
              <w:t>)</w:t>
            </w:r>
          </w:p>
        </w:tc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FAFA"/>
          </w:tcPr>
          <w:p w:rsidR="00930DD9" w:rsidRPr="000A1D43" w:rsidRDefault="008F2216">
            <w:pPr>
              <w:spacing w:before="60" w:after="60"/>
              <w:rPr>
                <w:rFonts w:ascii="Arial Narrow" w:hAnsi="Arial Narrow"/>
                <w:color w:val="auto"/>
                <w:sz w:val="22"/>
              </w:rPr>
            </w:pPr>
            <w:proofErr w:type="gramStart"/>
            <w:r w:rsidRPr="000A1D43">
              <w:rPr>
                <w:rFonts w:ascii="Arial Narrow" w:hAnsi="Arial Narrow"/>
                <w:i/>
                <w:color w:val="auto"/>
                <w:sz w:val="22"/>
              </w:rPr>
              <w:t>[ Indirizzo</w:t>
            </w:r>
            <w:proofErr w:type="gramEnd"/>
            <w:r w:rsidRPr="000A1D43">
              <w:rPr>
                <w:rFonts w:ascii="Arial Narrow" w:hAnsi="Arial Narrow"/>
                <w:i/>
                <w:color w:val="auto"/>
                <w:sz w:val="22"/>
              </w:rPr>
              <w:t>, n., C.A.P., Città, Prov. ]</w:t>
            </w:r>
          </w:p>
        </w:tc>
      </w:tr>
      <w:tr w:rsidR="000A1D43" w:rsidRPr="000A1D43" w:rsidTr="000A1D43">
        <w:trPr>
          <w:jc w:val="center"/>
        </w:trPr>
        <w:tc>
          <w:tcPr>
            <w:tcW w:w="3168" w:type="dxa"/>
            <w:tcBorders>
              <w:right w:val="single" w:sz="4" w:space="0" w:color="auto"/>
            </w:tcBorders>
          </w:tcPr>
          <w:p w:rsidR="00930DD9" w:rsidRPr="000A1D43" w:rsidRDefault="008F2216">
            <w:pPr>
              <w:spacing w:before="60" w:after="60"/>
              <w:rPr>
                <w:rFonts w:ascii="Arial Narrow" w:hAnsi="Arial Narrow"/>
                <w:color w:val="auto"/>
                <w:sz w:val="22"/>
              </w:rPr>
            </w:pPr>
            <w:proofErr w:type="spellStart"/>
            <w:r w:rsidRPr="000A1D43">
              <w:rPr>
                <w:rFonts w:ascii="Arial Narrow" w:hAnsi="Arial Narrow"/>
                <w:b/>
                <w:color w:val="auto"/>
                <w:sz w:val="22"/>
              </w:rPr>
              <w:t>Telefono</w:t>
            </w:r>
            <w:proofErr w:type="spellEnd"/>
            <w:r w:rsidRPr="000A1D43">
              <w:rPr>
                <w:rFonts w:ascii="Arial Narrow" w:hAnsi="Arial Narrow"/>
                <w:b/>
                <w:color w:val="auto"/>
                <w:sz w:val="22"/>
              </w:rPr>
              <w:t xml:space="preserve"> / </w:t>
            </w:r>
            <w:proofErr w:type="spellStart"/>
            <w:r w:rsidRPr="000A1D43">
              <w:rPr>
                <w:rFonts w:ascii="Arial Narrow" w:hAnsi="Arial Narrow"/>
                <w:b/>
                <w:color w:val="auto"/>
                <w:sz w:val="22"/>
              </w:rPr>
              <w:t>Cellulare</w:t>
            </w:r>
            <w:proofErr w:type="spellEnd"/>
          </w:p>
        </w:tc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FAFA"/>
          </w:tcPr>
          <w:p w:rsidR="00930DD9" w:rsidRPr="000A1D43" w:rsidRDefault="008F2216">
            <w:pPr>
              <w:spacing w:before="60" w:after="60"/>
              <w:rPr>
                <w:rFonts w:ascii="Arial Narrow" w:hAnsi="Arial Narrow"/>
                <w:color w:val="auto"/>
                <w:sz w:val="22"/>
              </w:rPr>
            </w:pPr>
            <w:r w:rsidRPr="000A1D43">
              <w:rPr>
                <w:rFonts w:ascii="Arial Narrow" w:hAnsi="Arial Narrow"/>
                <w:i/>
                <w:color w:val="auto"/>
                <w:sz w:val="22"/>
              </w:rPr>
              <w:t>[ Inserire Recapito Telefonico ]</w:t>
            </w:r>
          </w:p>
        </w:tc>
      </w:tr>
      <w:tr w:rsidR="000A1D43" w:rsidRPr="000A1D43" w:rsidTr="000A1D43">
        <w:trPr>
          <w:jc w:val="center"/>
        </w:trPr>
        <w:tc>
          <w:tcPr>
            <w:tcW w:w="3168" w:type="dxa"/>
            <w:tcBorders>
              <w:right w:val="single" w:sz="4" w:space="0" w:color="auto"/>
            </w:tcBorders>
          </w:tcPr>
          <w:p w:rsidR="00930DD9" w:rsidRPr="000A1D43" w:rsidRDefault="008F2216">
            <w:pPr>
              <w:spacing w:before="60" w:after="60"/>
              <w:rPr>
                <w:rFonts w:ascii="Arial Narrow" w:hAnsi="Arial Narrow"/>
                <w:color w:val="auto"/>
                <w:sz w:val="22"/>
              </w:rPr>
            </w:pPr>
            <w:r w:rsidRPr="000A1D43">
              <w:rPr>
                <w:rFonts w:ascii="Arial Narrow" w:hAnsi="Arial Narrow"/>
                <w:b/>
                <w:color w:val="auto"/>
                <w:sz w:val="22"/>
              </w:rPr>
              <w:t xml:space="preserve">E-mail </w:t>
            </w:r>
            <w:proofErr w:type="spellStart"/>
            <w:r w:rsidRPr="000A1D43">
              <w:rPr>
                <w:rFonts w:ascii="Arial Narrow" w:hAnsi="Arial Narrow"/>
                <w:b/>
                <w:color w:val="auto"/>
                <w:sz w:val="22"/>
              </w:rPr>
              <w:t>Ordinaria</w:t>
            </w:r>
            <w:proofErr w:type="spellEnd"/>
          </w:p>
        </w:tc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FAFA"/>
          </w:tcPr>
          <w:p w:rsidR="00930DD9" w:rsidRPr="000A1D43" w:rsidRDefault="008F2216">
            <w:pPr>
              <w:spacing w:before="60" w:after="60"/>
              <w:rPr>
                <w:rFonts w:ascii="Arial Narrow" w:hAnsi="Arial Narrow"/>
                <w:color w:val="auto"/>
                <w:sz w:val="22"/>
              </w:rPr>
            </w:pPr>
            <w:r w:rsidRPr="000A1D43">
              <w:rPr>
                <w:rFonts w:ascii="Arial Narrow" w:hAnsi="Arial Narrow"/>
                <w:i/>
                <w:color w:val="auto"/>
                <w:sz w:val="22"/>
              </w:rPr>
              <w:t>[ Inserire E-mail ]</w:t>
            </w:r>
          </w:p>
        </w:tc>
      </w:tr>
      <w:tr w:rsidR="000A1D43" w:rsidRPr="000A1D43" w:rsidTr="000A1D43">
        <w:trPr>
          <w:jc w:val="center"/>
        </w:trPr>
        <w:tc>
          <w:tcPr>
            <w:tcW w:w="3168" w:type="dxa"/>
            <w:tcBorders>
              <w:right w:val="single" w:sz="4" w:space="0" w:color="auto"/>
            </w:tcBorders>
          </w:tcPr>
          <w:p w:rsidR="00930DD9" w:rsidRPr="000A1D43" w:rsidRDefault="008F2216">
            <w:pPr>
              <w:spacing w:before="60" w:after="60"/>
              <w:rPr>
                <w:rFonts w:ascii="Arial Narrow" w:hAnsi="Arial Narrow"/>
                <w:color w:val="auto"/>
                <w:sz w:val="22"/>
              </w:rPr>
            </w:pPr>
            <w:r w:rsidRPr="000A1D43">
              <w:rPr>
                <w:rFonts w:ascii="Arial Narrow" w:hAnsi="Arial Narrow"/>
                <w:b/>
                <w:color w:val="auto"/>
                <w:sz w:val="22"/>
              </w:rPr>
              <w:t>PEC (</w:t>
            </w:r>
            <w:proofErr w:type="spellStart"/>
            <w:r w:rsidRPr="000A1D43">
              <w:rPr>
                <w:rFonts w:ascii="Arial Narrow" w:hAnsi="Arial Narrow"/>
                <w:b/>
                <w:color w:val="auto"/>
                <w:sz w:val="22"/>
              </w:rPr>
              <w:t>obbligatorio</w:t>
            </w:r>
            <w:proofErr w:type="spellEnd"/>
            <w:r w:rsidRPr="000A1D43">
              <w:rPr>
                <w:rFonts w:ascii="Arial Narrow" w:hAnsi="Arial Narrow"/>
                <w:b/>
                <w:color w:val="auto"/>
                <w:sz w:val="22"/>
              </w:rPr>
              <w:t>)</w:t>
            </w:r>
          </w:p>
        </w:tc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FAFA"/>
          </w:tcPr>
          <w:p w:rsidR="00930DD9" w:rsidRPr="000A1D43" w:rsidRDefault="008F2216">
            <w:pPr>
              <w:spacing w:before="60" w:after="60"/>
              <w:rPr>
                <w:rFonts w:ascii="Arial Narrow" w:hAnsi="Arial Narrow"/>
                <w:color w:val="auto"/>
                <w:sz w:val="22"/>
              </w:rPr>
            </w:pPr>
            <w:r w:rsidRPr="000A1D43">
              <w:rPr>
                <w:rFonts w:ascii="Arial Narrow" w:hAnsi="Arial Narrow"/>
                <w:i/>
                <w:color w:val="auto"/>
                <w:sz w:val="22"/>
              </w:rPr>
              <w:t>[ Inserire Indirizzo PEC ]</w:t>
            </w:r>
          </w:p>
        </w:tc>
      </w:tr>
    </w:tbl>
    <w:p w:rsidR="00930DD9" w:rsidRPr="000A1D43" w:rsidRDefault="00930DD9">
      <w:pPr>
        <w:spacing w:after="80"/>
        <w:rPr>
          <w:rFonts w:ascii="Arial Narrow" w:hAnsi="Arial Narrow"/>
          <w:color w:val="auto"/>
        </w:rPr>
      </w:pPr>
    </w:p>
    <w:p w:rsidR="00930DD9" w:rsidRPr="000A1D43" w:rsidRDefault="008F2216">
      <w:pPr>
        <w:spacing w:before="80" w:after="80"/>
        <w:rPr>
          <w:rFonts w:ascii="Arial Narrow" w:hAnsi="Arial Narrow"/>
          <w:color w:val="auto"/>
          <w:sz w:val="22"/>
        </w:rPr>
      </w:pPr>
      <w:r w:rsidRPr="000A1D43">
        <w:rPr>
          <w:rFonts w:ascii="Arial Narrow" w:hAnsi="Arial Narrow"/>
          <w:b/>
          <w:color w:val="auto"/>
          <w:sz w:val="22"/>
        </w:rPr>
        <w:t>2. RICHIESTA DI PARTECIPAZIONE</w:t>
      </w:r>
    </w:p>
    <w:p w:rsidR="00930DD9" w:rsidRPr="000A1D43" w:rsidRDefault="008F2216">
      <w:pPr>
        <w:spacing w:after="160"/>
        <w:rPr>
          <w:rFonts w:ascii="Arial Narrow" w:hAnsi="Arial Narrow"/>
          <w:color w:val="auto"/>
        </w:rPr>
      </w:pPr>
      <w:r w:rsidRPr="000A1D43">
        <w:rPr>
          <w:rFonts w:ascii="Arial Narrow" w:hAnsi="Arial Narrow"/>
          <w:color w:val="auto"/>
          <w:sz w:val="22"/>
        </w:rPr>
        <w:t xml:space="preserve">Il/La sottoscritto/a CHIEDE di essere ammesso/a alla procedura comparativa, per titoli e colloquio, per l'affidamento di </w:t>
      </w:r>
      <w:proofErr w:type="gramStart"/>
      <w:r w:rsidRPr="000A1D43">
        <w:rPr>
          <w:rFonts w:ascii="Arial Narrow" w:hAnsi="Arial Narrow"/>
          <w:color w:val="auto"/>
          <w:sz w:val="22"/>
        </w:rPr>
        <w:t>un</w:t>
      </w:r>
      <w:proofErr w:type="gramEnd"/>
      <w:r w:rsidRPr="000A1D43">
        <w:rPr>
          <w:rFonts w:ascii="Arial Narrow" w:hAnsi="Arial Narrow"/>
          <w:color w:val="auto"/>
          <w:sz w:val="22"/>
        </w:rPr>
        <w:t xml:space="preserve"> incarico di collaborazione libero professionale per la realizzazione di </w:t>
      </w:r>
      <w:proofErr w:type="spellStart"/>
      <w:r w:rsidRPr="000A1D43">
        <w:rPr>
          <w:rFonts w:ascii="Arial Narrow" w:hAnsi="Arial Narrow"/>
          <w:color w:val="auto"/>
          <w:sz w:val="22"/>
        </w:rPr>
        <w:t>interventi</w:t>
      </w:r>
      <w:proofErr w:type="spellEnd"/>
      <w:r w:rsidRPr="000A1D43">
        <w:rPr>
          <w:rFonts w:ascii="Arial Narrow" w:hAnsi="Arial Narrow"/>
          <w:color w:val="auto"/>
          <w:sz w:val="22"/>
        </w:rPr>
        <w:t xml:space="preserve"> </w:t>
      </w:r>
      <w:proofErr w:type="spellStart"/>
      <w:r w:rsidRPr="000A1D43">
        <w:rPr>
          <w:rFonts w:ascii="Arial Narrow" w:hAnsi="Arial Narrow"/>
          <w:color w:val="auto"/>
          <w:sz w:val="22"/>
        </w:rPr>
        <w:t>infermieristici</w:t>
      </w:r>
      <w:proofErr w:type="spellEnd"/>
      <w:r w:rsidRPr="000A1D43">
        <w:rPr>
          <w:rFonts w:ascii="Arial Narrow" w:hAnsi="Arial Narrow"/>
          <w:color w:val="auto"/>
          <w:sz w:val="22"/>
        </w:rPr>
        <w:t xml:space="preserve"> </w:t>
      </w:r>
      <w:proofErr w:type="spellStart"/>
      <w:r w:rsidRPr="000A1D43">
        <w:rPr>
          <w:rFonts w:ascii="Arial Narrow" w:hAnsi="Arial Narrow"/>
          <w:color w:val="auto"/>
          <w:sz w:val="22"/>
        </w:rPr>
        <w:t>presso</w:t>
      </w:r>
      <w:proofErr w:type="spellEnd"/>
      <w:r w:rsidRPr="000A1D43">
        <w:rPr>
          <w:rFonts w:ascii="Arial Narrow" w:hAnsi="Arial Narrow"/>
          <w:color w:val="auto"/>
          <w:sz w:val="22"/>
        </w:rPr>
        <w:t xml:space="preserve"> </w:t>
      </w:r>
      <w:proofErr w:type="spellStart"/>
      <w:r w:rsidRPr="000A1D43">
        <w:rPr>
          <w:rFonts w:ascii="Arial Narrow" w:hAnsi="Arial Narrow"/>
          <w:color w:val="auto"/>
          <w:sz w:val="22"/>
        </w:rPr>
        <w:t>i</w:t>
      </w:r>
      <w:proofErr w:type="spellEnd"/>
      <w:r w:rsidRPr="000A1D43">
        <w:rPr>
          <w:rFonts w:ascii="Arial Narrow" w:hAnsi="Arial Narrow"/>
          <w:color w:val="auto"/>
          <w:sz w:val="22"/>
        </w:rPr>
        <w:t xml:space="preserve"> </w:t>
      </w:r>
      <w:proofErr w:type="spellStart"/>
      <w:r w:rsidRPr="000A1D43">
        <w:rPr>
          <w:rFonts w:ascii="Arial Narrow" w:hAnsi="Arial Narrow"/>
          <w:color w:val="auto"/>
          <w:sz w:val="22"/>
        </w:rPr>
        <w:t>Centri</w:t>
      </w:r>
      <w:proofErr w:type="spellEnd"/>
      <w:r w:rsidRPr="000A1D43">
        <w:rPr>
          <w:rFonts w:ascii="Arial Narrow" w:hAnsi="Arial Narrow"/>
          <w:color w:val="auto"/>
          <w:sz w:val="22"/>
        </w:rPr>
        <w:t xml:space="preserve"> </w:t>
      </w:r>
      <w:proofErr w:type="spellStart"/>
      <w:r w:rsidRPr="000A1D43">
        <w:rPr>
          <w:rFonts w:ascii="Arial Narrow" w:hAnsi="Arial Narrow"/>
          <w:color w:val="auto"/>
          <w:sz w:val="22"/>
        </w:rPr>
        <w:t>Diurni</w:t>
      </w:r>
      <w:proofErr w:type="spellEnd"/>
      <w:r w:rsidRPr="000A1D43">
        <w:rPr>
          <w:rFonts w:ascii="Arial Narrow" w:hAnsi="Arial Narrow"/>
          <w:color w:val="auto"/>
          <w:sz w:val="22"/>
        </w:rPr>
        <w:t xml:space="preserve"> </w:t>
      </w:r>
      <w:proofErr w:type="spellStart"/>
      <w:r w:rsidRPr="000A1D43">
        <w:rPr>
          <w:rFonts w:ascii="Arial Narrow" w:hAnsi="Arial Narrow"/>
          <w:color w:val="auto"/>
          <w:sz w:val="22"/>
        </w:rPr>
        <w:t>Anziani</w:t>
      </w:r>
      <w:proofErr w:type="spellEnd"/>
      <w:r w:rsidRPr="000A1D43">
        <w:rPr>
          <w:rFonts w:ascii="Arial Narrow" w:hAnsi="Arial Narrow"/>
          <w:color w:val="auto"/>
          <w:sz w:val="22"/>
        </w:rPr>
        <w:t xml:space="preserve"> di Collecchio, Montechiarugolo e Traversetolo</w:t>
      </w:r>
      <w:r w:rsidRPr="000A1D43">
        <w:rPr>
          <w:rFonts w:ascii="Arial Narrow" w:hAnsi="Arial Narrow"/>
          <w:color w:val="auto"/>
        </w:rPr>
        <w:t>.</w:t>
      </w:r>
    </w:p>
    <w:p w:rsidR="00930DD9" w:rsidRPr="000A1D43" w:rsidRDefault="008F2216">
      <w:pPr>
        <w:spacing w:before="80" w:after="80"/>
        <w:rPr>
          <w:rFonts w:ascii="Arial Narrow" w:hAnsi="Arial Narrow"/>
          <w:color w:val="auto"/>
        </w:rPr>
      </w:pPr>
      <w:r w:rsidRPr="000A1D43">
        <w:rPr>
          <w:rFonts w:ascii="Arial Narrow" w:hAnsi="Arial Narrow"/>
          <w:b/>
          <w:color w:val="auto"/>
          <w:sz w:val="21"/>
        </w:rPr>
        <w:t>3. DICHIARAZIONI SOSTITUTIVE (D.P.R. 445/2000)</w:t>
      </w:r>
      <w:r w:rsidR="000A1D43" w:rsidRPr="000A1D43">
        <w:rPr>
          <w:rFonts w:ascii="Arial Narrow" w:hAnsi="Arial Narrow"/>
          <w:b/>
          <w:color w:val="auto"/>
          <w:sz w:val="21"/>
        </w:rPr>
        <w:t xml:space="preserve"> – </w:t>
      </w:r>
      <w:proofErr w:type="spellStart"/>
      <w:r w:rsidR="000A1D43" w:rsidRPr="000A1D43">
        <w:rPr>
          <w:rFonts w:ascii="Arial Narrow" w:hAnsi="Arial Narrow"/>
          <w:b/>
          <w:color w:val="auto"/>
          <w:szCs w:val="19"/>
        </w:rPr>
        <w:t>barrare</w:t>
      </w:r>
      <w:proofErr w:type="spellEnd"/>
      <w:r w:rsidR="000A1D43" w:rsidRPr="000A1D43">
        <w:rPr>
          <w:rFonts w:ascii="Arial Narrow" w:hAnsi="Arial Narrow"/>
          <w:b/>
          <w:color w:val="auto"/>
          <w:szCs w:val="19"/>
        </w:rPr>
        <w:t xml:space="preserve"> le </w:t>
      </w:r>
      <w:proofErr w:type="spellStart"/>
      <w:r w:rsidR="000A1D43" w:rsidRPr="000A1D43">
        <w:rPr>
          <w:rFonts w:ascii="Arial Narrow" w:hAnsi="Arial Narrow"/>
          <w:b/>
          <w:color w:val="auto"/>
          <w:szCs w:val="19"/>
        </w:rPr>
        <w:t>caselle</w:t>
      </w:r>
      <w:proofErr w:type="spellEnd"/>
      <w:r w:rsidR="000A1D43" w:rsidRPr="000A1D43">
        <w:rPr>
          <w:rFonts w:ascii="Arial Narrow" w:hAnsi="Arial Narrow"/>
          <w:b/>
          <w:color w:val="auto"/>
          <w:szCs w:val="19"/>
        </w:rPr>
        <w:t xml:space="preserve"> di </w:t>
      </w:r>
      <w:proofErr w:type="spellStart"/>
      <w:r w:rsidR="000A1D43" w:rsidRPr="000A1D43">
        <w:rPr>
          <w:rFonts w:ascii="Arial Narrow" w:hAnsi="Arial Narrow"/>
          <w:b/>
          <w:color w:val="auto"/>
          <w:szCs w:val="19"/>
        </w:rPr>
        <w:t>interesse</w:t>
      </w:r>
      <w:proofErr w:type="spellEnd"/>
      <w:r w:rsidR="000A1D43" w:rsidRPr="000A1D43">
        <w:rPr>
          <w:rFonts w:ascii="Arial Narrow" w:hAnsi="Arial Narrow"/>
          <w:b/>
          <w:color w:val="auto"/>
          <w:sz w:val="21"/>
        </w:rPr>
        <w:t xml:space="preserve"> 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624"/>
        <w:gridCol w:w="7456"/>
      </w:tblGrid>
      <w:tr w:rsidR="000A1D43" w:rsidRPr="000A1D43" w:rsidTr="000A1D43">
        <w:trPr>
          <w:jc w:val="center"/>
        </w:trPr>
        <w:tc>
          <w:tcPr>
            <w:tcW w:w="2624" w:type="dxa"/>
            <w:tcBorders>
              <w:right w:val="single" w:sz="4" w:space="0" w:color="auto"/>
            </w:tcBorders>
          </w:tcPr>
          <w:p w:rsidR="00930DD9" w:rsidRPr="000A1D43" w:rsidRDefault="008F2216">
            <w:pPr>
              <w:spacing w:before="60" w:after="60"/>
              <w:rPr>
                <w:rFonts w:ascii="Arial Narrow" w:hAnsi="Arial Narrow"/>
                <w:color w:val="auto"/>
                <w:sz w:val="22"/>
              </w:rPr>
            </w:pPr>
            <w:proofErr w:type="spellStart"/>
            <w:r w:rsidRPr="000A1D43">
              <w:rPr>
                <w:rFonts w:ascii="Arial Narrow" w:hAnsi="Arial Narrow"/>
                <w:b/>
                <w:color w:val="auto"/>
                <w:sz w:val="22"/>
              </w:rPr>
              <w:t>Cittadinanza</w:t>
            </w:r>
            <w:proofErr w:type="spellEnd"/>
          </w:p>
        </w:tc>
        <w:tc>
          <w:tcPr>
            <w:tcW w:w="7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FAFA"/>
          </w:tcPr>
          <w:p w:rsidR="00930DD9" w:rsidRPr="000A1D43" w:rsidRDefault="008F2216" w:rsidP="008C6FBC">
            <w:pPr>
              <w:spacing w:before="60" w:after="60"/>
              <w:rPr>
                <w:rFonts w:ascii="Arial Narrow" w:hAnsi="Arial Narrow"/>
                <w:color w:val="auto"/>
                <w:sz w:val="22"/>
              </w:rPr>
            </w:pPr>
            <w:r w:rsidRPr="000A1D43">
              <w:rPr>
                <w:rFonts w:ascii="Segoe UI Symbol" w:hAnsi="Segoe UI Symbol" w:cs="Segoe UI Symbol"/>
                <w:i/>
                <w:color w:val="auto"/>
                <w:sz w:val="22"/>
              </w:rPr>
              <w:t>☐</w:t>
            </w:r>
            <w:r w:rsidRPr="000A1D43">
              <w:rPr>
                <w:rFonts w:ascii="Arial Narrow" w:hAnsi="Arial Narrow"/>
                <w:i/>
                <w:color w:val="auto"/>
                <w:sz w:val="22"/>
              </w:rPr>
              <w:t xml:space="preserve"> Italiana / UE</w:t>
            </w:r>
            <w:r w:rsidRPr="000A1D43">
              <w:rPr>
                <w:rFonts w:ascii="Arial Narrow" w:hAnsi="Arial Narrow"/>
                <w:i/>
                <w:color w:val="auto"/>
                <w:sz w:val="22"/>
              </w:rPr>
              <w:br/>
            </w:r>
            <w:r w:rsidRPr="000A1D43">
              <w:rPr>
                <w:rFonts w:ascii="Segoe UI Symbol" w:hAnsi="Segoe UI Symbol" w:cs="Segoe UI Symbol"/>
                <w:i/>
                <w:color w:val="auto"/>
                <w:sz w:val="22"/>
              </w:rPr>
              <w:t>☐</w:t>
            </w:r>
            <w:r w:rsidRPr="000A1D43">
              <w:rPr>
                <w:rFonts w:ascii="Arial Narrow" w:hAnsi="Arial Narrow"/>
                <w:i/>
                <w:color w:val="auto"/>
                <w:sz w:val="22"/>
              </w:rPr>
              <w:t xml:space="preserve"> Famigliare di </w:t>
            </w:r>
            <w:proofErr w:type="spellStart"/>
            <w:r w:rsidRPr="000A1D43">
              <w:rPr>
                <w:rFonts w:ascii="Arial Narrow" w:hAnsi="Arial Narrow"/>
                <w:i/>
                <w:color w:val="auto"/>
                <w:sz w:val="22"/>
              </w:rPr>
              <w:t>cittadino</w:t>
            </w:r>
            <w:proofErr w:type="spellEnd"/>
            <w:r w:rsidRPr="000A1D43">
              <w:rPr>
                <w:rFonts w:ascii="Arial Narrow" w:hAnsi="Arial Narrow"/>
                <w:i/>
                <w:color w:val="auto"/>
                <w:sz w:val="22"/>
              </w:rPr>
              <w:t xml:space="preserve"> UE </w:t>
            </w:r>
            <w:proofErr w:type="spellStart"/>
            <w:r w:rsidRPr="000A1D43">
              <w:rPr>
                <w:rFonts w:ascii="Arial Narrow" w:hAnsi="Arial Narrow"/>
                <w:i/>
                <w:color w:val="auto"/>
                <w:sz w:val="22"/>
              </w:rPr>
              <w:t>titolare</w:t>
            </w:r>
            <w:proofErr w:type="spellEnd"/>
            <w:r w:rsidRPr="000A1D43">
              <w:rPr>
                <w:rFonts w:ascii="Arial Narrow" w:hAnsi="Arial Narrow"/>
                <w:i/>
                <w:color w:val="auto"/>
                <w:sz w:val="22"/>
              </w:rPr>
              <w:t xml:space="preserve"> di </w:t>
            </w:r>
            <w:proofErr w:type="spellStart"/>
            <w:r w:rsidR="008C6FBC">
              <w:rPr>
                <w:rFonts w:ascii="Arial Narrow" w:hAnsi="Arial Narrow"/>
                <w:i/>
                <w:color w:val="auto"/>
                <w:sz w:val="22"/>
              </w:rPr>
              <w:t>diritto</w:t>
            </w:r>
            <w:proofErr w:type="spellEnd"/>
            <w:r w:rsidR="008C6FBC">
              <w:rPr>
                <w:rFonts w:ascii="Arial Narrow" w:hAnsi="Arial Narrow"/>
                <w:i/>
                <w:color w:val="auto"/>
                <w:sz w:val="22"/>
              </w:rPr>
              <w:t xml:space="preserve"> di </w:t>
            </w:r>
            <w:proofErr w:type="spellStart"/>
            <w:r w:rsidRPr="000A1D43">
              <w:rPr>
                <w:rFonts w:ascii="Arial Narrow" w:hAnsi="Arial Narrow"/>
                <w:i/>
                <w:color w:val="auto"/>
                <w:sz w:val="22"/>
              </w:rPr>
              <w:t>soggiorno</w:t>
            </w:r>
            <w:proofErr w:type="spellEnd"/>
            <w:r w:rsidRPr="000A1D43">
              <w:rPr>
                <w:rFonts w:ascii="Arial Narrow" w:hAnsi="Arial Narrow"/>
                <w:i/>
                <w:color w:val="auto"/>
                <w:sz w:val="22"/>
              </w:rPr>
              <w:br/>
            </w:r>
            <w:r w:rsidRPr="000A1D43">
              <w:rPr>
                <w:rFonts w:ascii="Segoe UI Symbol" w:hAnsi="Segoe UI Symbol" w:cs="Segoe UI Symbol"/>
                <w:i/>
                <w:color w:val="auto"/>
                <w:sz w:val="22"/>
              </w:rPr>
              <w:t>☐</w:t>
            </w:r>
            <w:r w:rsidRPr="000A1D43">
              <w:rPr>
                <w:rFonts w:ascii="Arial Narrow" w:hAnsi="Arial Narrow"/>
                <w:i/>
                <w:color w:val="auto"/>
                <w:sz w:val="22"/>
              </w:rPr>
              <w:t xml:space="preserve"> Cittadino extra-UE (permesso lungo periodo / rifugiato / prot. </w:t>
            </w:r>
            <w:proofErr w:type="spellStart"/>
            <w:r w:rsidRPr="000A1D43">
              <w:rPr>
                <w:rFonts w:ascii="Arial Narrow" w:hAnsi="Arial Narrow"/>
                <w:i/>
                <w:color w:val="auto"/>
                <w:sz w:val="22"/>
              </w:rPr>
              <w:t>sussidiaria</w:t>
            </w:r>
            <w:proofErr w:type="spellEnd"/>
            <w:r w:rsidRPr="000A1D43">
              <w:rPr>
                <w:rFonts w:ascii="Arial Narrow" w:hAnsi="Arial Narrow"/>
                <w:i/>
                <w:color w:val="auto"/>
                <w:sz w:val="22"/>
              </w:rPr>
              <w:t xml:space="preserve">) con </w:t>
            </w:r>
            <w:proofErr w:type="spellStart"/>
            <w:r w:rsidR="008C6FBC">
              <w:rPr>
                <w:rFonts w:ascii="Arial Narrow" w:hAnsi="Arial Narrow"/>
                <w:i/>
                <w:color w:val="auto"/>
                <w:sz w:val="22"/>
              </w:rPr>
              <w:t>adeguata</w:t>
            </w:r>
            <w:proofErr w:type="spellEnd"/>
            <w:r w:rsidRPr="000A1D43">
              <w:rPr>
                <w:rFonts w:ascii="Arial Narrow" w:hAnsi="Arial Narrow"/>
                <w:i/>
                <w:color w:val="auto"/>
                <w:sz w:val="22"/>
              </w:rPr>
              <w:t xml:space="preserve"> </w:t>
            </w:r>
            <w:proofErr w:type="spellStart"/>
            <w:r w:rsidRPr="000A1D43">
              <w:rPr>
                <w:rFonts w:ascii="Arial Narrow" w:hAnsi="Arial Narrow"/>
                <w:i/>
                <w:color w:val="auto"/>
                <w:sz w:val="22"/>
              </w:rPr>
              <w:t>conoscenza</w:t>
            </w:r>
            <w:proofErr w:type="spellEnd"/>
            <w:r w:rsidRPr="000A1D43">
              <w:rPr>
                <w:rFonts w:ascii="Arial Narrow" w:hAnsi="Arial Narrow"/>
                <w:i/>
                <w:color w:val="auto"/>
                <w:sz w:val="22"/>
              </w:rPr>
              <w:t xml:space="preserve"> lingua </w:t>
            </w:r>
            <w:proofErr w:type="spellStart"/>
            <w:r w:rsidRPr="000A1D43">
              <w:rPr>
                <w:rFonts w:ascii="Arial Narrow" w:hAnsi="Arial Narrow"/>
                <w:i/>
                <w:color w:val="auto"/>
                <w:sz w:val="22"/>
              </w:rPr>
              <w:t>italiana</w:t>
            </w:r>
            <w:proofErr w:type="spellEnd"/>
          </w:p>
        </w:tc>
      </w:tr>
      <w:tr w:rsidR="000A1D43" w:rsidRPr="000A1D43" w:rsidTr="000A1D43">
        <w:trPr>
          <w:jc w:val="center"/>
        </w:trPr>
        <w:tc>
          <w:tcPr>
            <w:tcW w:w="2624" w:type="dxa"/>
          </w:tcPr>
          <w:p w:rsidR="000A1D43" w:rsidRPr="000A1D43" w:rsidRDefault="000A1D43">
            <w:pPr>
              <w:spacing w:before="60" w:after="60"/>
              <w:rPr>
                <w:rFonts w:ascii="Arial Narrow" w:hAnsi="Arial Narrow"/>
                <w:b/>
                <w:color w:val="auto"/>
                <w:sz w:val="22"/>
              </w:rPr>
            </w:pPr>
          </w:p>
        </w:tc>
        <w:tc>
          <w:tcPr>
            <w:tcW w:w="7456" w:type="dxa"/>
            <w:tcBorders>
              <w:top w:val="single" w:sz="4" w:space="0" w:color="auto"/>
              <w:bottom w:val="single" w:sz="4" w:space="0" w:color="auto"/>
            </w:tcBorders>
            <w:shd w:val="clear" w:color="auto" w:fill="FAFAFA"/>
          </w:tcPr>
          <w:p w:rsidR="000A1D43" w:rsidRPr="000A1D43" w:rsidRDefault="000A1D43">
            <w:pPr>
              <w:spacing w:before="60" w:after="60"/>
              <w:rPr>
                <w:rFonts w:ascii="Arial Narrow" w:hAnsi="Arial Narrow"/>
                <w:i/>
                <w:color w:val="auto"/>
                <w:sz w:val="22"/>
              </w:rPr>
            </w:pPr>
          </w:p>
        </w:tc>
      </w:tr>
      <w:tr w:rsidR="000A1D43" w:rsidRPr="000A1D43" w:rsidTr="000A1D43">
        <w:trPr>
          <w:jc w:val="center"/>
        </w:trPr>
        <w:tc>
          <w:tcPr>
            <w:tcW w:w="2624" w:type="dxa"/>
            <w:tcBorders>
              <w:right w:val="single" w:sz="4" w:space="0" w:color="auto"/>
            </w:tcBorders>
          </w:tcPr>
          <w:p w:rsidR="00930DD9" w:rsidRPr="000A1D43" w:rsidRDefault="008F2216">
            <w:pPr>
              <w:spacing w:before="60" w:after="60"/>
              <w:rPr>
                <w:rFonts w:ascii="Arial Narrow" w:hAnsi="Arial Narrow"/>
                <w:color w:val="auto"/>
                <w:sz w:val="22"/>
              </w:rPr>
            </w:pPr>
            <w:proofErr w:type="spellStart"/>
            <w:r w:rsidRPr="000A1D43">
              <w:rPr>
                <w:rFonts w:ascii="Arial Narrow" w:hAnsi="Arial Narrow"/>
                <w:b/>
                <w:color w:val="auto"/>
                <w:sz w:val="22"/>
              </w:rPr>
              <w:t>Diritti</w:t>
            </w:r>
            <w:proofErr w:type="spellEnd"/>
            <w:r w:rsidRPr="000A1D43">
              <w:rPr>
                <w:rFonts w:ascii="Arial Narrow" w:hAnsi="Arial Narrow"/>
                <w:b/>
                <w:color w:val="auto"/>
                <w:sz w:val="22"/>
              </w:rPr>
              <w:t xml:space="preserve"> </w:t>
            </w:r>
            <w:proofErr w:type="spellStart"/>
            <w:r w:rsidRPr="000A1D43">
              <w:rPr>
                <w:rFonts w:ascii="Arial Narrow" w:hAnsi="Arial Narrow"/>
                <w:b/>
                <w:color w:val="auto"/>
                <w:sz w:val="22"/>
              </w:rPr>
              <w:t>Politici</w:t>
            </w:r>
            <w:proofErr w:type="spellEnd"/>
          </w:p>
        </w:tc>
        <w:tc>
          <w:tcPr>
            <w:tcW w:w="7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FAFA"/>
          </w:tcPr>
          <w:p w:rsidR="00930DD9" w:rsidRPr="000A1D43" w:rsidRDefault="008F2216">
            <w:pPr>
              <w:spacing w:before="60" w:after="60"/>
              <w:rPr>
                <w:rFonts w:ascii="Arial Narrow" w:hAnsi="Arial Narrow"/>
                <w:color w:val="auto"/>
                <w:sz w:val="22"/>
              </w:rPr>
            </w:pPr>
            <w:r w:rsidRPr="000A1D43">
              <w:rPr>
                <w:rFonts w:ascii="Segoe UI Symbol" w:hAnsi="Segoe UI Symbol" w:cs="Segoe UI Symbol"/>
                <w:i/>
                <w:color w:val="auto"/>
                <w:sz w:val="22"/>
              </w:rPr>
              <w:t>☐</w:t>
            </w:r>
            <w:r w:rsidRPr="000A1D43">
              <w:rPr>
                <w:rFonts w:ascii="Arial Narrow" w:hAnsi="Arial Narrow"/>
                <w:i/>
                <w:color w:val="auto"/>
                <w:sz w:val="22"/>
              </w:rPr>
              <w:t xml:space="preserve"> Di godere dei diritti civili e politici e di essere iscritto/a nelle liste elettorali del Comune di: _______________________</w:t>
            </w:r>
          </w:p>
        </w:tc>
      </w:tr>
      <w:tr w:rsidR="000A1D43" w:rsidRPr="000A1D43" w:rsidTr="000A1D43">
        <w:trPr>
          <w:jc w:val="center"/>
        </w:trPr>
        <w:tc>
          <w:tcPr>
            <w:tcW w:w="2624" w:type="dxa"/>
          </w:tcPr>
          <w:p w:rsidR="000A1D43" w:rsidRPr="000A1D43" w:rsidRDefault="000A1D43">
            <w:pPr>
              <w:spacing w:before="60" w:after="60"/>
              <w:rPr>
                <w:rFonts w:ascii="Arial Narrow" w:hAnsi="Arial Narrow"/>
                <w:b/>
                <w:color w:val="auto"/>
                <w:sz w:val="22"/>
              </w:rPr>
            </w:pPr>
          </w:p>
        </w:tc>
        <w:tc>
          <w:tcPr>
            <w:tcW w:w="7456" w:type="dxa"/>
            <w:tcBorders>
              <w:top w:val="single" w:sz="4" w:space="0" w:color="auto"/>
              <w:bottom w:val="single" w:sz="4" w:space="0" w:color="auto"/>
            </w:tcBorders>
            <w:shd w:val="clear" w:color="auto" w:fill="FAFAFA"/>
          </w:tcPr>
          <w:p w:rsidR="000A1D43" w:rsidRPr="000A1D43" w:rsidRDefault="000A1D43">
            <w:pPr>
              <w:spacing w:before="60" w:after="60"/>
              <w:rPr>
                <w:rFonts w:ascii="Arial Narrow" w:hAnsi="Arial Narrow"/>
                <w:i/>
                <w:color w:val="auto"/>
                <w:sz w:val="22"/>
              </w:rPr>
            </w:pPr>
          </w:p>
        </w:tc>
      </w:tr>
      <w:tr w:rsidR="000A1D43" w:rsidRPr="000A1D43" w:rsidTr="000A1D43">
        <w:trPr>
          <w:jc w:val="center"/>
        </w:trPr>
        <w:tc>
          <w:tcPr>
            <w:tcW w:w="2624" w:type="dxa"/>
            <w:tcBorders>
              <w:right w:val="single" w:sz="4" w:space="0" w:color="auto"/>
            </w:tcBorders>
          </w:tcPr>
          <w:p w:rsidR="00930DD9" w:rsidRPr="000A1D43" w:rsidRDefault="008F2216">
            <w:pPr>
              <w:spacing w:before="60" w:after="60"/>
              <w:rPr>
                <w:rFonts w:ascii="Arial Narrow" w:hAnsi="Arial Narrow"/>
                <w:color w:val="auto"/>
                <w:sz w:val="22"/>
              </w:rPr>
            </w:pPr>
            <w:proofErr w:type="spellStart"/>
            <w:r w:rsidRPr="000A1D43">
              <w:rPr>
                <w:rFonts w:ascii="Arial Narrow" w:hAnsi="Arial Narrow"/>
                <w:b/>
                <w:color w:val="auto"/>
                <w:sz w:val="22"/>
              </w:rPr>
              <w:t>Condanne</w:t>
            </w:r>
            <w:proofErr w:type="spellEnd"/>
            <w:r w:rsidRPr="000A1D43">
              <w:rPr>
                <w:rFonts w:ascii="Arial Narrow" w:hAnsi="Arial Narrow"/>
                <w:b/>
                <w:color w:val="auto"/>
                <w:sz w:val="22"/>
              </w:rPr>
              <w:t xml:space="preserve"> </w:t>
            </w:r>
            <w:proofErr w:type="spellStart"/>
            <w:r w:rsidRPr="000A1D43">
              <w:rPr>
                <w:rFonts w:ascii="Arial Narrow" w:hAnsi="Arial Narrow"/>
                <w:b/>
                <w:color w:val="auto"/>
                <w:sz w:val="22"/>
              </w:rPr>
              <w:t>Penali</w:t>
            </w:r>
            <w:proofErr w:type="spellEnd"/>
          </w:p>
        </w:tc>
        <w:tc>
          <w:tcPr>
            <w:tcW w:w="7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FAFA"/>
          </w:tcPr>
          <w:p w:rsidR="00930DD9" w:rsidRPr="000A1D43" w:rsidRDefault="008F2216">
            <w:pPr>
              <w:spacing w:before="60" w:after="60"/>
              <w:rPr>
                <w:rFonts w:ascii="Arial Narrow" w:hAnsi="Arial Narrow"/>
                <w:color w:val="auto"/>
                <w:sz w:val="22"/>
              </w:rPr>
            </w:pPr>
            <w:r w:rsidRPr="000A1D43">
              <w:rPr>
                <w:rFonts w:ascii="Segoe UI Symbol" w:hAnsi="Segoe UI Symbol" w:cs="Segoe UI Symbol"/>
                <w:i/>
                <w:color w:val="auto"/>
                <w:sz w:val="22"/>
              </w:rPr>
              <w:t>☐</w:t>
            </w:r>
            <w:r w:rsidRPr="000A1D43">
              <w:rPr>
                <w:rFonts w:ascii="Arial Narrow" w:hAnsi="Arial Narrow"/>
                <w:i/>
                <w:color w:val="auto"/>
                <w:sz w:val="22"/>
              </w:rPr>
              <w:t xml:space="preserve"> Di non aver riportato condanne penali, non avere procedimenti penali pendenti e non essere sottoposto/a a misure di sicurezza/prevenzione</w:t>
            </w:r>
          </w:p>
        </w:tc>
      </w:tr>
      <w:tr w:rsidR="000A1D43" w:rsidRPr="000A1D43" w:rsidTr="000A1D43">
        <w:trPr>
          <w:jc w:val="center"/>
        </w:trPr>
        <w:tc>
          <w:tcPr>
            <w:tcW w:w="2624" w:type="dxa"/>
          </w:tcPr>
          <w:p w:rsidR="000A1D43" w:rsidRPr="000A1D43" w:rsidRDefault="000A1D43">
            <w:pPr>
              <w:spacing w:before="60" w:after="60"/>
              <w:rPr>
                <w:rFonts w:ascii="Arial Narrow" w:hAnsi="Arial Narrow"/>
                <w:b/>
                <w:color w:val="auto"/>
                <w:sz w:val="22"/>
              </w:rPr>
            </w:pPr>
          </w:p>
        </w:tc>
        <w:tc>
          <w:tcPr>
            <w:tcW w:w="7456" w:type="dxa"/>
            <w:tcBorders>
              <w:top w:val="single" w:sz="4" w:space="0" w:color="auto"/>
              <w:bottom w:val="single" w:sz="4" w:space="0" w:color="auto"/>
            </w:tcBorders>
            <w:shd w:val="clear" w:color="auto" w:fill="FAFAFA"/>
          </w:tcPr>
          <w:p w:rsidR="000A1D43" w:rsidRPr="000A1D43" w:rsidRDefault="000A1D43">
            <w:pPr>
              <w:spacing w:before="60" w:after="60"/>
              <w:rPr>
                <w:rFonts w:ascii="Arial Narrow" w:hAnsi="Arial Narrow"/>
                <w:i/>
                <w:color w:val="auto"/>
                <w:sz w:val="22"/>
              </w:rPr>
            </w:pPr>
          </w:p>
        </w:tc>
      </w:tr>
      <w:tr w:rsidR="000A1D43" w:rsidRPr="000A1D43" w:rsidTr="000A1D43">
        <w:trPr>
          <w:jc w:val="center"/>
        </w:trPr>
        <w:tc>
          <w:tcPr>
            <w:tcW w:w="2624" w:type="dxa"/>
            <w:tcBorders>
              <w:right w:val="single" w:sz="4" w:space="0" w:color="auto"/>
            </w:tcBorders>
          </w:tcPr>
          <w:p w:rsidR="00930DD9" w:rsidRPr="000A1D43" w:rsidRDefault="008F2216">
            <w:pPr>
              <w:spacing w:before="60" w:after="60"/>
              <w:rPr>
                <w:rFonts w:ascii="Arial Narrow" w:hAnsi="Arial Narrow"/>
                <w:color w:val="auto"/>
                <w:sz w:val="22"/>
              </w:rPr>
            </w:pPr>
            <w:proofErr w:type="spellStart"/>
            <w:r w:rsidRPr="000A1D43">
              <w:rPr>
                <w:rFonts w:ascii="Arial Narrow" w:hAnsi="Arial Narrow"/>
                <w:b/>
                <w:color w:val="auto"/>
                <w:sz w:val="22"/>
              </w:rPr>
              <w:lastRenderedPageBreak/>
              <w:t>Titolo</w:t>
            </w:r>
            <w:proofErr w:type="spellEnd"/>
            <w:r w:rsidRPr="000A1D43">
              <w:rPr>
                <w:rFonts w:ascii="Arial Narrow" w:hAnsi="Arial Narrow"/>
                <w:b/>
                <w:color w:val="auto"/>
                <w:sz w:val="22"/>
              </w:rPr>
              <w:t xml:space="preserve"> di Studio</w:t>
            </w:r>
          </w:p>
        </w:tc>
        <w:tc>
          <w:tcPr>
            <w:tcW w:w="7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FAFA"/>
          </w:tcPr>
          <w:p w:rsidR="00CF0AF9" w:rsidRDefault="008F2216">
            <w:pPr>
              <w:spacing w:before="60" w:after="60"/>
              <w:rPr>
                <w:rFonts w:ascii="Arial Narrow" w:hAnsi="Arial Narrow"/>
                <w:i/>
                <w:color w:val="auto"/>
                <w:sz w:val="22"/>
              </w:rPr>
            </w:pPr>
            <w:r w:rsidRPr="000A1D43">
              <w:rPr>
                <w:rFonts w:ascii="Segoe UI Symbol" w:hAnsi="Segoe UI Symbol" w:cs="Segoe UI Symbol"/>
                <w:i/>
                <w:color w:val="auto"/>
                <w:sz w:val="22"/>
              </w:rPr>
              <w:t>☐</w:t>
            </w:r>
            <w:r w:rsidRPr="000A1D43">
              <w:rPr>
                <w:rFonts w:ascii="Arial Narrow" w:hAnsi="Arial Narrow"/>
                <w:i/>
                <w:color w:val="auto"/>
                <w:sz w:val="22"/>
              </w:rPr>
              <w:t xml:space="preserve"> Laurea in Infermieristica (Classe SNT/01)</w:t>
            </w:r>
            <w:r w:rsidRPr="000A1D43">
              <w:rPr>
                <w:rFonts w:ascii="Arial Narrow" w:hAnsi="Arial Narrow"/>
                <w:i/>
                <w:color w:val="auto"/>
                <w:sz w:val="22"/>
              </w:rPr>
              <w:br/>
            </w:r>
            <w:r w:rsidRPr="000A1D43">
              <w:rPr>
                <w:rFonts w:ascii="Segoe UI Symbol" w:hAnsi="Segoe UI Symbol" w:cs="Segoe UI Symbol"/>
                <w:i/>
                <w:color w:val="auto"/>
                <w:sz w:val="22"/>
              </w:rPr>
              <w:t>☐</w:t>
            </w:r>
            <w:r w:rsidRPr="000A1D43">
              <w:rPr>
                <w:rFonts w:ascii="Arial Narrow" w:hAnsi="Arial Narrow"/>
                <w:i/>
                <w:color w:val="auto"/>
                <w:sz w:val="22"/>
              </w:rPr>
              <w:t xml:space="preserve"> Diploma </w:t>
            </w:r>
            <w:proofErr w:type="spellStart"/>
            <w:r w:rsidRPr="000A1D43">
              <w:rPr>
                <w:rFonts w:ascii="Arial Narrow" w:hAnsi="Arial Narrow"/>
                <w:i/>
                <w:color w:val="auto"/>
                <w:sz w:val="22"/>
              </w:rPr>
              <w:t>Universitario</w:t>
            </w:r>
            <w:proofErr w:type="spellEnd"/>
            <w:r w:rsidRPr="000A1D43">
              <w:rPr>
                <w:rFonts w:ascii="Arial Narrow" w:hAnsi="Arial Narrow"/>
                <w:i/>
                <w:color w:val="auto"/>
                <w:sz w:val="22"/>
              </w:rPr>
              <w:t xml:space="preserve"> di </w:t>
            </w:r>
            <w:proofErr w:type="spellStart"/>
            <w:r w:rsidRPr="000A1D43">
              <w:rPr>
                <w:rFonts w:ascii="Arial Narrow" w:hAnsi="Arial Narrow"/>
                <w:i/>
                <w:color w:val="auto"/>
                <w:sz w:val="22"/>
              </w:rPr>
              <w:t>Infermiere</w:t>
            </w:r>
            <w:proofErr w:type="spellEnd"/>
            <w:r w:rsidRPr="000A1D43">
              <w:rPr>
                <w:rFonts w:ascii="Arial Narrow" w:hAnsi="Arial Narrow"/>
                <w:i/>
                <w:color w:val="auto"/>
                <w:sz w:val="22"/>
              </w:rPr>
              <w:t xml:space="preserve"> / </w:t>
            </w:r>
            <w:proofErr w:type="spellStart"/>
            <w:r w:rsidRPr="000A1D43">
              <w:rPr>
                <w:rFonts w:ascii="Arial Narrow" w:hAnsi="Arial Narrow"/>
                <w:i/>
                <w:color w:val="auto"/>
                <w:sz w:val="22"/>
              </w:rPr>
              <w:t>Equipollente</w:t>
            </w:r>
            <w:proofErr w:type="spellEnd"/>
            <w:r w:rsidR="00CF0AF9">
              <w:rPr>
                <w:rFonts w:ascii="Arial Narrow" w:hAnsi="Arial Narrow"/>
                <w:i/>
                <w:color w:val="auto"/>
                <w:sz w:val="22"/>
              </w:rPr>
              <w:t xml:space="preserve"> (</w:t>
            </w:r>
            <w:r w:rsidR="00CF0AF9" w:rsidRPr="00D4685A">
              <w:rPr>
                <w:rFonts w:ascii="Arial Narrow" w:hAnsi="Arial Narrow"/>
              </w:rPr>
              <w:t>art. 6, comma 3, del</w:t>
            </w:r>
            <w:r w:rsidR="00CF0AF9">
              <w:rPr>
                <w:rFonts w:ascii="Arial Narrow" w:hAnsi="Arial Narrow"/>
              </w:rPr>
              <w:t xml:space="preserve"> </w:t>
            </w:r>
            <w:proofErr w:type="spellStart"/>
            <w:r w:rsidR="00CF0AF9" w:rsidRPr="00D4685A">
              <w:rPr>
                <w:rFonts w:ascii="Arial Narrow" w:hAnsi="Arial Narrow"/>
              </w:rPr>
              <w:t>D.Lgs</w:t>
            </w:r>
            <w:proofErr w:type="spellEnd"/>
            <w:r w:rsidR="00CF0AF9" w:rsidRPr="00D4685A">
              <w:rPr>
                <w:rFonts w:ascii="Arial Narrow" w:hAnsi="Arial Narrow"/>
              </w:rPr>
              <w:t>. 30.12.1992 n. 502</w:t>
            </w:r>
            <w:r w:rsidR="00CF0AF9">
              <w:rPr>
                <w:rFonts w:ascii="Arial Narrow" w:hAnsi="Arial Narrow"/>
              </w:rPr>
              <w:t>)</w:t>
            </w:r>
          </w:p>
          <w:p w:rsidR="00CF0AF9" w:rsidRDefault="008F2216">
            <w:pPr>
              <w:spacing w:before="60" w:after="60"/>
              <w:rPr>
                <w:rFonts w:ascii="Arial Narrow" w:hAnsi="Arial Narrow"/>
                <w:i/>
                <w:color w:val="auto"/>
                <w:sz w:val="22"/>
              </w:rPr>
            </w:pPr>
            <w:proofErr w:type="spellStart"/>
            <w:r w:rsidRPr="000A1D43">
              <w:rPr>
                <w:rFonts w:ascii="Arial Narrow" w:hAnsi="Arial Narrow"/>
                <w:i/>
                <w:color w:val="auto"/>
                <w:sz w:val="22"/>
              </w:rPr>
              <w:t>Ateneo</w:t>
            </w:r>
            <w:proofErr w:type="spellEnd"/>
            <w:r w:rsidRPr="000A1D43">
              <w:rPr>
                <w:rFonts w:ascii="Arial Narrow" w:hAnsi="Arial Narrow"/>
                <w:i/>
                <w:color w:val="auto"/>
                <w:sz w:val="22"/>
              </w:rPr>
              <w:t>/</w:t>
            </w:r>
            <w:proofErr w:type="spellStart"/>
            <w:r w:rsidRPr="000A1D43">
              <w:rPr>
                <w:rFonts w:ascii="Arial Narrow" w:hAnsi="Arial Narrow"/>
                <w:i/>
                <w:color w:val="auto"/>
                <w:sz w:val="22"/>
              </w:rPr>
              <w:t>Istituto</w:t>
            </w:r>
            <w:proofErr w:type="spellEnd"/>
            <w:r w:rsidRPr="000A1D43">
              <w:rPr>
                <w:rFonts w:ascii="Arial Narrow" w:hAnsi="Arial Narrow"/>
                <w:i/>
                <w:color w:val="auto"/>
                <w:sz w:val="22"/>
              </w:rPr>
              <w:t>: ___________________________________________________</w:t>
            </w:r>
          </w:p>
          <w:p w:rsidR="00CF0AF9" w:rsidRDefault="008F2216">
            <w:pPr>
              <w:spacing w:before="60" w:after="60"/>
              <w:rPr>
                <w:rFonts w:ascii="Arial Narrow" w:hAnsi="Arial Narrow"/>
                <w:i/>
                <w:color w:val="auto"/>
                <w:sz w:val="22"/>
              </w:rPr>
            </w:pPr>
            <w:r w:rsidRPr="000A1D43">
              <w:rPr>
                <w:rFonts w:ascii="Arial Narrow" w:hAnsi="Arial Narrow"/>
                <w:i/>
                <w:color w:val="auto"/>
                <w:sz w:val="22"/>
              </w:rPr>
              <w:br/>
              <w:t xml:space="preserve"> Data </w:t>
            </w:r>
            <w:proofErr w:type="spellStart"/>
            <w:r w:rsidRPr="000A1D43">
              <w:rPr>
                <w:rFonts w:ascii="Arial Narrow" w:hAnsi="Arial Narrow"/>
                <w:i/>
                <w:color w:val="auto"/>
                <w:sz w:val="22"/>
              </w:rPr>
              <w:t>conseguimento</w:t>
            </w:r>
            <w:proofErr w:type="spellEnd"/>
            <w:r w:rsidRPr="000A1D43">
              <w:rPr>
                <w:rFonts w:ascii="Arial Narrow" w:hAnsi="Arial Narrow"/>
                <w:i/>
                <w:color w:val="auto"/>
                <w:sz w:val="22"/>
              </w:rPr>
              <w:t xml:space="preserve">: ___/___/______  </w:t>
            </w:r>
            <w:proofErr w:type="spellStart"/>
            <w:r w:rsidRPr="000A1D43">
              <w:rPr>
                <w:rFonts w:ascii="Arial Narrow" w:hAnsi="Arial Narrow"/>
                <w:i/>
                <w:color w:val="auto"/>
                <w:sz w:val="22"/>
              </w:rPr>
              <w:t>Voto</w:t>
            </w:r>
            <w:proofErr w:type="spellEnd"/>
            <w:r w:rsidRPr="000A1D43">
              <w:rPr>
                <w:rFonts w:ascii="Arial Narrow" w:hAnsi="Arial Narrow"/>
                <w:i/>
                <w:color w:val="auto"/>
                <w:sz w:val="22"/>
              </w:rPr>
              <w:t>: _________</w:t>
            </w:r>
          </w:p>
          <w:p w:rsidR="00930DD9" w:rsidRDefault="008F2216">
            <w:pPr>
              <w:spacing w:before="60" w:after="60"/>
              <w:rPr>
                <w:rFonts w:ascii="Arial Narrow" w:hAnsi="Arial Narrow"/>
                <w:i/>
                <w:color w:val="auto"/>
                <w:sz w:val="22"/>
              </w:rPr>
            </w:pPr>
            <w:r w:rsidRPr="000A1D43">
              <w:rPr>
                <w:rFonts w:ascii="Arial Narrow" w:hAnsi="Arial Narrow"/>
                <w:i/>
                <w:color w:val="auto"/>
                <w:sz w:val="22"/>
              </w:rPr>
              <w:br/>
              <w:t xml:space="preserve"> (</w:t>
            </w:r>
            <w:proofErr w:type="spellStart"/>
            <w:r w:rsidRPr="000A1D43">
              <w:rPr>
                <w:rFonts w:ascii="Arial Narrow" w:hAnsi="Arial Narrow"/>
                <w:i/>
                <w:color w:val="auto"/>
                <w:sz w:val="22"/>
              </w:rPr>
              <w:t>Se</w:t>
            </w:r>
            <w:proofErr w:type="spellEnd"/>
            <w:r w:rsidRPr="000A1D43">
              <w:rPr>
                <w:rFonts w:ascii="Arial Narrow" w:hAnsi="Arial Narrow"/>
                <w:i/>
                <w:color w:val="auto"/>
                <w:sz w:val="22"/>
              </w:rPr>
              <w:t xml:space="preserve"> </w:t>
            </w:r>
            <w:proofErr w:type="spellStart"/>
            <w:r w:rsidRPr="000A1D43">
              <w:rPr>
                <w:rFonts w:ascii="Arial Narrow" w:hAnsi="Arial Narrow"/>
                <w:i/>
                <w:color w:val="auto"/>
                <w:sz w:val="22"/>
              </w:rPr>
              <w:t>estero</w:t>
            </w:r>
            <w:proofErr w:type="spellEnd"/>
            <w:r w:rsidRPr="000A1D43">
              <w:rPr>
                <w:rFonts w:ascii="Arial Narrow" w:hAnsi="Arial Narrow"/>
                <w:i/>
                <w:color w:val="auto"/>
                <w:sz w:val="22"/>
              </w:rPr>
              <w:t xml:space="preserve">) </w:t>
            </w:r>
            <w:proofErr w:type="spellStart"/>
            <w:r w:rsidRPr="000A1D43">
              <w:rPr>
                <w:rFonts w:ascii="Arial Narrow" w:hAnsi="Arial Narrow"/>
                <w:i/>
                <w:color w:val="auto"/>
                <w:sz w:val="22"/>
              </w:rPr>
              <w:t>Provvedimento</w:t>
            </w:r>
            <w:proofErr w:type="spellEnd"/>
            <w:r w:rsidRPr="000A1D43">
              <w:rPr>
                <w:rFonts w:ascii="Arial Narrow" w:hAnsi="Arial Narrow"/>
                <w:i/>
                <w:color w:val="auto"/>
                <w:sz w:val="22"/>
              </w:rPr>
              <w:t xml:space="preserve"> </w:t>
            </w:r>
            <w:proofErr w:type="spellStart"/>
            <w:r w:rsidRPr="000A1D43">
              <w:rPr>
                <w:rFonts w:ascii="Arial Narrow" w:hAnsi="Arial Narrow"/>
                <w:i/>
                <w:color w:val="auto"/>
                <w:sz w:val="22"/>
              </w:rPr>
              <w:t>Equipollenza</w:t>
            </w:r>
            <w:proofErr w:type="spellEnd"/>
            <w:r w:rsidRPr="000A1D43">
              <w:rPr>
                <w:rFonts w:ascii="Arial Narrow" w:hAnsi="Arial Narrow"/>
                <w:i/>
                <w:color w:val="auto"/>
                <w:sz w:val="22"/>
              </w:rPr>
              <w:t xml:space="preserve"> Min. Salute: _______________________</w:t>
            </w:r>
          </w:p>
          <w:p w:rsidR="00CF0AF9" w:rsidRDefault="00CF0AF9">
            <w:pPr>
              <w:spacing w:before="60" w:after="60"/>
              <w:rPr>
                <w:rFonts w:ascii="Arial Narrow" w:hAnsi="Arial Narrow"/>
                <w:i/>
                <w:color w:val="auto"/>
                <w:sz w:val="22"/>
              </w:rPr>
            </w:pPr>
          </w:p>
          <w:p w:rsidR="00CF0AF9" w:rsidRPr="000A1D43" w:rsidRDefault="00CF0AF9" w:rsidP="00CF0AF9">
            <w:pPr>
              <w:rPr>
                <w:rFonts w:ascii="Arial Narrow" w:hAnsi="Arial Narrow"/>
                <w:color w:val="auto"/>
                <w:sz w:val="22"/>
              </w:rPr>
            </w:pPr>
            <w:r w:rsidRPr="000A1D43">
              <w:rPr>
                <w:rFonts w:ascii="Segoe UI Symbol" w:hAnsi="Segoe UI Symbol" w:cs="Segoe UI Symbol"/>
                <w:i/>
                <w:color w:val="auto"/>
                <w:sz w:val="22"/>
              </w:rPr>
              <w:t>☐</w:t>
            </w:r>
            <w:r>
              <w:rPr>
                <w:rFonts w:ascii="Segoe UI Symbol" w:hAnsi="Segoe UI Symbol" w:cs="Segoe UI Symbol"/>
                <w:i/>
                <w:color w:val="auto"/>
                <w:sz w:val="22"/>
              </w:rPr>
              <w:t xml:space="preserve"> </w:t>
            </w:r>
            <w:r w:rsidRPr="00C22630">
              <w:rPr>
                <w:rFonts w:ascii="Arial Narrow" w:hAnsi="Arial Narrow"/>
                <w:sz w:val="22"/>
              </w:rPr>
              <w:t xml:space="preserve">Diploma o </w:t>
            </w:r>
            <w:proofErr w:type="spellStart"/>
            <w:r w:rsidRPr="00C22630">
              <w:rPr>
                <w:rFonts w:ascii="Arial Narrow" w:hAnsi="Arial Narrow"/>
                <w:sz w:val="22"/>
              </w:rPr>
              <w:t>Attestato</w:t>
            </w:r>
            <w:proofErr w:type="spellEnd"/>
            <w:r w:rsidRPr="00C22630">
              <w:rPr>
                <w:sz w:val="22"/>
              </w:rPr>
              <w:t xml:space="preserve"> </w:t>
            </w:r>
            <w:proofErr w:type="spellStart"/>
            <w:r w:rsidRPr="00C22630">
              <w:rPr>
                <w:rFonts w:ascii="Arial Narrow" w:hAnsi="Arial Narrow"/>
                <w:sz w:val="22"/>
              </w:rPr>
              <w:t>equipollente</w:t>
            </w:r>
            <w:proofErr w:type="spellEnd"/>
            <w:r w:rsidRPr="00C22630">
              <w:rPr>
                <w:rFonts w:ascii="Arial Narrow" w:hAnsi="Arial Narrow"/>
                <w:sz w:val="22"/>
              </w:rPr>
              <w:t xml:space="preserve"> al</w:t>
            </w:r>
            <w:r w:rsidRPr="00C22630">
              <w:rPr>
                <w:sz w:val="22"/>
              </w:rPr>
              <w:t xml:space="preserve"> </w:t>
            </w:r>
            <w:r w:rsidRPr="00C22630">
              <w:rPr>
                <w:rFonts w:ascii="Arial Narrow" w:hAnsi="Arial Narrow"/>
                <w:sz w:val="22"/>
              </w:rPr>
              <w:t xml:space="preserve">diploma </w:t>
            </w:r>
            <w:proofErr w:type="spellStart"/>
            <w:r w:rsidRPr="00C22630">
              <w:rPr>
                <w:rFonts w:ascii="Arial Narrow" w:hAnsi="Arial Narrow"/>
                <w:sz w:val="22"/>
              </w:rPr>
              <w:t>universitario</w:t>
            </w:r>
            <w:proofErr w:type="spellEnd"/>
            <w:r w:rsidRPr="00C22630">
              <w:rPr>
                <w:rFonts w:ascii="Arial Narrow" w:hAnsi="Arial Narrow"/>
                <w:sz w:val="22"/>
              </w:rPr>
              <w:t xml:space="preserve"> (DM </w:t>
            </w:r>
            <w:proofErr w:type="spellStart"/>
            <w:r w:rsidRPr="00C22630">
              <w:rPr>
                <w:rFonts w:ascii="Arial Narrow" w:hAnsi="Arial Narrow"/>
                <w:sz w:val="22"/>
              </w:rPr>
              <w:t>Sanità</w:t>
            </w:r>
            <w:proofErr w:type="spellEnd"/>
            <w:r w:rsidRPr="00C22630">
              <w:rPr>
                <w:rFonts w:ascii="Arial Narrow" w:hAnsi="Arial Narrow"/>
                <w:sz w:val="22"/>
              </w:rPr>
              <w:t xml:space="preserve"> 27.07.00)</w:t>
            </w:r>
          </w:p>
        </w:tc>
      </w:tr>
      <w:tr w:rsidR="000A1D43" w:rsidRPr="000A1D43" w:rsidTr="000A1D43">
        <w:trPr>
          <w:jc w:val="center"/>
        </w:trPr>
        <w:tc>
          <w:tcPr>
            <w:tcW w:w="2624" w:type="dxa"/>
          </w:tcPr>
          <w:p w:rsidR="000A1D43" w:rsidRPr="000A1D43" w:rsidRDefault="000A1D43">
            <w:pPr>
              <w:spacing w:before="60" w:after="60"/>
              <w:rPr>
                <w:rFonts w:ascii="Arial Narrow" w:hAnsi="Arial Narrow"/>
                <w:b/>
                <w:color w:val="auto"/>
                <w:sz w:val="22"/>
              </w:rPr>
            </w:pPr>
          </w:p>
        </w:tc>
        <w:tc>
          <w:tcPr>
            <w:tcW w:w="7456" w:type="dxa"/>
            <w:tcBorders>
              <w:top w:val="single" w:sz="4" w:space="0" w:color="auto"/>
              <w:bottom w:val="single" w:sz="4" w:space="0" w:color="auto"/>
            </w:tcBorders>
            <w:shd w:val="clear" w:color="auto" w:fill="FAFAFA"/>
          </w:tcPr>
          <w:p w:rsidR="000A1D43" w:rsidRPr="000A1D43" w:rsidRDefault="000A1D43">
            <w:pPr>
              <w:spacing w:before="60" w:after="60"/>
              <w:rPr>
                <w:rFonts w:ascii="Arial Narrow" w:hAnsi="Arial Narrow"/>
                <w:i/>
                <w:color w:val="auto"/>
                <w:sz w:val="22"/>
              </w:rPr>
            </w:pPr>
          </w:p>
        </w:tc>
      </w:tr>
      <w:tr w:rsidR="000A1D43" w:rsidRPr="000A1D43" w:rsidTr="000A1D43">
        <w:trPr>
          <w:jc w:val="center"/>
        </w:trPr>
        <w:tc>
          <w:tcPr>
            <w:tcW w:w="2624" w:type="dxa"/>
            <w:tcBorders>
              <w:right w:val="single" w:sz="4" w:space="0" w:color="auto"/>
            </w:tcBorders>
          </w:tcPr>
          <w:p w:rsidR="00930DD9" w:rsidRPr="000A1D43" w:rsidRDefault="008F2216">
            <w:pPr>
              <w:spacing w:before="60" w:after="60"/>
              <w:rPr>
                <w:rFonts w:ascii="Arial Narrow" w:hAnsi="Arial Narrow"/>
                <w:color w:val="auto"/>
                <w:sz w:val="22"/>
              </w:rPr>
            </w:pPr>
            <w:proofErr w:type="spellStart"/>
            <w:r w:rsidRPr="000A1D43">
              <w:rPr>
                <w:rFonts w:ascii="Arial Narrow" w:hAnsi="Arial Narrow"/>
                <w:b/>
                <w:color w:val="auto"/>
                <w:sz w:val="22"/>
              </w:rPr>
              <w:t>Iscrizione</w:t>
            </w:r>
            <w:proofErr w:type="spellEnd"/>
            <w:r w:rsidRPr="000A1D43">
              <w:rPr>
                <w:rFonts w:ascii="Arial Narrow" w:hAnsi="Arial Narrow"/>
                <w:b/>
                <w:color w:val="auto"/>
                <w:sz w:val="22"/>
              </w:rPr>
              <w:t xml:space="preserve"> OPI</w:t>
            </w:r>
          </w:p>
        </w:tc>
        <w:tc>
          <w:tcPr>
            <w:tcW w:w="7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FAFA"/>
          </w:tcPr>
          <w:p w:rsidR="00930DD9" w:rsidRPr="000A1D43" w:rsidRDefault="008F2216">
            <w:pPr>
              <w:spacing w:before="60" w:after="60"/>
              <w:rPr>
                <w:rFonts w:ascii="Arial Narrow" w:hAnsi="Arial Narrow"/>
                <w:color w:val="auto"/>
                <w:sz w:val="22"/>
              </w:rPr>
            </w:pPr>
            <w:r w:rsidRPr="000A1D43">
              <w:rPr>
                <w:rFonts w:ascii="Segoe UI Symbol" w:hAnsi="Segoe UI Symbol" w:cs="Segoe UI Symbol"/>
                <w:i/>
                <w:color w:val="auto"/>
                <w:sz w:val="22"/>
              </w:rPr>
              <w:t>☐</w:t>
            </w:r>
            <w:r w:rsidRPr="000A1D43">
              <w:rPr>
                <w:rFonts w:ascii="Arial Narrow" w:hAnsi="Arial Narrow"/>
                <w:i/>
                <w:color w:val="auto"/>
                <w:sz w:val="22"/>
              </w:rPr>
              <w:t xml:space="preserve"> Iscritto/a all'Albo Professionale Infermieri (OPI) di: ____________________ n. _______</w:t>
            </w:r>
            <w:r>
              <w:rPr>
                <w:rFonts w:ascii="Arial Narrow" w:hAnsi="Arial Narrow"/>
                <w:i/>
                <w:color w:val="auto"/>
                <w:sz w:val="22"/>
              </w:rPr>
              <w:t>________</w:t>
            </w:r>
            <w:r w:rsidRPr="000A1D43">
              <w:rPr>
                <w:rFonts w:ascii="Arial Narrow" w:hAnsi="Arial Narrow"/>
                <w:i/>
                <w:color w:val="auto"/>
                <w:sz w:val="22"/>
              </w:rPr>
              <w:t>___ dal ___/___/______</w:t>
            </w:r>
          </w:p>
        </w:tc>
      </w:tr>
      <w:tr w:rsidR="000A1D43" w:rsidRPr="000A1D43" w:rsidTr="000A1D43">
        <w:trPr>
          <w:jc w:val="center"/>
        </w:trPr>
        <w:tc>
          <w:tcPr>
            <w:tcW w:w="2624" w:type="dxa"/>
          </w:tcPr>
          <w:p w:rsidR="000A1D43" w:rsidRPr="000A1D43" w:rsidRDefault="000A1D43">
            <w:pPr>
              <w:spacing w:before="60" w:after="60"/>
              <w:rPr>
                <w:rFonts w:ascii="Arial Narrow" w:hAnsi="Arial Narrow"/>
                <w:b/>
                <w:color w:val="auto"/>
                <w:sz w:val="22"/>
              </w:rPr>
            </w:pPr>
          </w:p>
        </w:tc>
        <w:tc>
          <w:tcPr>
            <w:tcW w:w="7456" w:type="dxa"/>
            <w:tcBorders>
              <w:top w:val="single" w:sz="4" w:space="0" w:color="auto"/>
              <w:bottom w:val="single" w:sz="4" w:space="0" w:color="auto"/>
            </w:tcBorders>
            <w:shd w:val="clear" w:color="auto" w:fill="FAFAFA"/>
          </w:tcPr>
          <w:p w:rsidR="000A1D43" w:rsidRPr="000A1D43" w:rsidRDefault="000A1D43">
            <w:pPr>
              <w:spacing w:before="60" w:after="60"/>
              <w:rPr>
                <w:rFonts w:ascii="Arial Narrow" w:hAnsi="Arial Narrow"/>
                <w:i/>
                <w:color w:val="auto"/>
                <w:sz w:val="22"/>
              </w:rPr>
            </w:pPr>
          </w:p>
        </w:tc>
      </w:tr>
      <w:tr w:rsidR="000A1D43" w:rsidRPr="000A1D43" w:rsidTr="008C6FBC">
        <w:trPr>
          <w:jc w:val="center"/>
        </w:trPr>
        <w:tc>
          <w:tcPr>
            <w:tcW w:w="2624" w:type="dxa"/>
            <w:tcBorders>
              <w:right w:val="single" w:sz="4" w:space="0" w:color="auto"/>
            </w:tcBorders>
          </w:tcPr>
          <w:p w:rsidR="00930DD9" w:rsidRPr="000A1D43" w:rsidRDefault="008F2216">
            <w:pPr>
              <w:spacing w:before="60" w:after="60"/>
              <w:rPr>
                <w:rFonts w:ascii="Arial Narrow" w:hAnsi="Arial Narrow"/>
                <w:color w:val="auto"/>
                <w:sz w:val="22"/>
              </w:rPr>
            </w:pPr>
            <w:r w:rsidRPr="000A1D43">
              <w:rPr>
                <w:rFonts w:ascii="Arial Narrow" w:hAnsi="Arial Narrow"/>
                <w:b/>
                <w:color w:val="auto"/>
                <w:sz w:val="22"/>
              </w:rPr>
              <w:t>Partita IVA</w:t>
            </w:r>
          </w:p>
        </w:tc>
        <w:tc>
          <w:tcPr>
            <w:tcW w:w="7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FAFA"/>
          </w:tcPr>
          <w:p w:rsidR="00930DD9" w:rsidRPr="000A1D43" w:rsidRDefault="008F2216">
            <w:pPr>
              <w:spacing w:before="60" w:after="60"/>
              <w:rPr>
                <w:rFonts w:ascii="Arial Narrow" w:hAnsi="Arial Narrow"/>
                <w:color w:val="auto"/>
                <w:sz w:val="22"/>
              </w:rPr>
            </w:pPr>
            <w:r w:rsidRPr="000A1D43">
              <w:rPr>
                <w:rFonts w:ascii="Segoe UI Symbol" w:hAnsi="Segoe UI Symbol" w:cs="Segoe UI Symbol"/>
                <w:i/>
                <w:color w:val="auto"/>
                <w:sz w:val="22"/>
              </w:rPr>
              <w:t>☐</w:t>
            </w:r>
            <w:r w:rsidRPr="000A1D43">
              <w:rPr>
                <w:rFonts w:ascii="Arial Narrow" w:hAnsi="Arial Narrow"/>
                <w:i/>
                <w:color w:val="auto"/>
                <w:sz w:val="22"/>
              </w:rPr>
              <w:t xml:space="preserve"> Già titolare di Partita IVA n. ______________________</w:t>
            </w:r>
            <w:r w:rsidRPr="000A1D43">
              <w:rPr>
                <w:rFonts w:ascii="Arial Narrow" w:hAnsi="Arial Narrow"/>
                <w:i/>
                <w:color w:val="auto"/>
                <w:sz w:val="22"/>
              </w:rPr>
              <w:br/>
            </w:r>
            <w:r w:rsidRPr="000A1D43">
              <w:rPr>
                <w:rFonts w:ascii="Segoe UI Symbol" w:hAnsi="Segoe UI Symbol" w:cs="Segoe UI Symbol"/>
                <w:i/>
                <w:color w:val="auto"/>
                <w:sz w:val="22"/>
              </w:rPr>
              <w:t>☐</w:t>
            </w:r>
            <w:r w:rsidRPr="000A1D43">
              <w:rPr>
                <w:rFonts w:ascii="Arial Narrow" w:hAnsi="Arial Narrow"/>
                <w:i/>
                <w:color w:val="auto"/>
                <w:sz w:val="22"/>
              </w:rPr>
              <w:t xml:space="preserve"> Impegno ad attivare Partita IVA in caso di assegnazione dell'incarico</w:t>
            </w:r>
          </w:p>
        </w:tc>
      </w:tr>
      <w:tr w:rsidR="008C6FBC" w:rsidRPr="000A1D43" w:rsidTr="008C6FBC">
        <w:trPr>
          <w:jc w:val="center"/>
        </w:trPr>
        <w:tc>
          <w:tcPr>
            <w:tcW w:w="2624" w:type="dxa"/>
          </w:tcPr>
          <w:p w:rsidR="008C6FBC" w:rsidRPr="000A1D43" w:rsidRDefault="008C6FBC">
            <w:pPr>
              <w:spacing w:before="60" w:after="60"/>
              <w:rPr>
                <w:rFonts w:ascii="Arial Narrow" w:hAnsi="Arial Narrow"/>
                <w:b/>
                <w:color w:val="auto"/>
                <w:sz w:val="22"/>
              </w:rPr>
            </w:pPr>
          </w:p>
        </w:tc>
        <w:tc>
          <w:tcPr>
            <w:tcW w:w="7456" w:type="dxa"/>
            <w:tcBorders>
              <w:top w:val="single" w:sz="4" w:space="0" w:color="auto"/>
              <w:bottom w:val="single" w:sz="4" w:space="0" w:color="auto"/>
            </w:tcBorders>
            <w:shd w:val="clear" w:color="auto" w:fill="FAFAFA"/>
          </w:tcPr>
          <w:p w:rsidR="008C6FBC" w:rsidRPr="000A1D43" w:rsidRDefault="008C6FBC">
            <w:pPr>
              <w:spacing w:before="60" w:after="60"/>
              <w:rPr>
                <w:rFonts w:ascii="Segoe UI Symbol" w:hAnsi="Segoe UI Symbol" w:cs="Segoe UI Symbol"/>
                <w:i/>
                <w:color w:val="auto"/>
                <w:sz w:val="22"/>
              </w:rPr>
            </w:pPr>
          </w:p>
        </w:tc>
      </w:tr>
      <w:tr w:rsidR="000A1D43" w:rsidRPr="000A1D43" w:rsidTr="000A1D43">
        <w:trPr>
          <w:jc w:val="center"/>
        </w:trPr>
        <w:tc>
          <w:tcPr>
            <w:tcW w:w="2624" w:type="dxa"/>
            <w:tcBorders>
              <w:right w:val="single" w:sz="4" w:space="0" w:color="auto"/>
            </w:tcBorders>
          </w:tcPr>
          <w:p w:rsidR="00930DD9" w:rsidRPr="000A1D43" w:rsidRDefault="008F2216">
            <w:pPr>
              <w:spacing w:before="60" w:after="60"/>
              <w:rPr>
                <w:rFonts w:ascii="Arial Narrow" w:hAnsi="Arial Narrow"/>
                <w:color w:val="auto"/>
                <w:sz w:val="22"/>
              </w:rPr>
            </w:pPr>
            <w:proofErr w:type="spellStart"/>
            <w:r w:rsidRPr="000A1D43">
              <w:rPr>
                <w:rFonts w:ascii="Arial Narrow" w:hAnsi="Arial Narrow"/>
                <w:b/>
                <w:color w:val="auto"/>
                <w:sz w:val="22"/>
              </w:rPr>
              <w:t>Polizza</w:t>
            </w:r>
            <w:proofErr w:type="spellEnd"/>
            <w:r w:rsidRPr="000A1D43">
              <w:rPr>
                <w:rFonts w:ascii="Arial Narrow" w:hAnsi="Arial Narrow"/>
                <w:b/>
                <w:color w:val="auto"/>
                <w:sz w:val="22"/>
              </w:rPr>
              <w:t xml:space="preserve"> R.C. Prof.</w:t>
            </w:r>
          </w:p>
        </w:tc>
        <w:tc>
          <w:tcPr>
            <w:tcW w:w="7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FAFA"/>
          </w:tcPr>
          <w:p w:rsidR="00930DD9" w:rsidRPr="000A1D43" w:rsidRDefault="008F2216">
            <w:pPr>
              <w:spacing w:before="60" w:after="60"/>
              <w:rPr>
                <w:rFonts w:ascii="Arial Narrow" w:hAnsi="Arial Narrow"/>
                <w:color w:val="auto"/>
                <w:sz w:val="22"/>
              </w:rPr>
            </w:pPr>
            <w:r w:rsidRPr="000A1D43">
              <w:rPr>
                <w:rFonts w:ascii="Segoe UI Symbol" w:hAnsi="Segoe UI Symbol" w:cs="Segoe UI Symbol"/>
                <w:i/>
                <w:color w:val="auto"/>
                <w:sz w:val="22"/>
              </w:rPr>
              <w:t>☐</w:t>
            </w:r>
            <w:r w:rsidRPr="000A1D43">
              <w:rPr>
                <w:rFonts w:ascii="Arial Narrow" w:hAnsi="Arial Narrow"/>
                <w:i/>
                <w:color w:val="auto"/>
                <w:sz w:val="22"/>
              </w:rPr>
              <w:t xml:space="preserve"> In possesso di Polizza R.C. Professionale (Compagnia: ____________________ N. __________</w:t>
            </w:r>
            <w:r>
              <w:rPr>
                <w:rFonts w:ascii="Arial Narrow" w:hAnsi="Arial Narrow"/>
                <w:i/>
                <w:color w:val="auto"/>
                <w:sz w:val="22"/>
              </w:rPr>
              <w:t>____________</w:t>
            </w:r>
            <w:r w:rsidRPr="000A1D43">
              <w:rPr>
                <w:rFonts w:ascii="Arial Narrow" w:hAnsi="Arial Narrow"/>
                <w:i/>
                <w:color w:val="auto"/>
                <w:sz w:val="22"/>
              </w:rPr>
              <w:t>____)</w:t>
            </w:r>
            <w:r w:rsidRPr="000A1D43">
              <w:rPr>
                <w:rFonts w:ascii="Arial Narrow" w:hAnsi="Arial Narrow"/>
                <w:i/>
                <w:color w:val="auto"/>
                <w:sz w:val="22"/>
              </w:rPr>
              <w:br/>
            </w:r>
            <w:r w:rsidRPr="000A1D43">
              <w:rPr>
                <w:rFonts w:ascii="Segoe UI Symbol" w:hAnsi="Segoe UI Symbol" w:cs="Segoe UI Symbol"/>
                <w:i/>
                <w:color w:val="auto"/>
                <w:sz w:val="22"/>
              </w:rPr>
              <w:t>☐</w:t>
            </w:r>
            <w:r w:rsidRPr="000A1D43">
              <w:rPr>
                <w:rFonts w:ascii="Arial Narrow" w:hAnsi="Arial Narrow"/>
                <w:i/>
                <w:color w:val="auto"/>
                <w:sz w:val="22"/>
              </w:rPr>
              <w:t xml:space="preserve"> </w:t>
            </w:r>
            <w:proofErr w:type="spellStart"/>
            <w:r w:rsidRPr="000A1D43">
              <w:rPr>
                <w:rFonts w:ascii="Arial Narrow" w:hAnsi="Arial Narrow"/>
                <w:i/>
                <w:color w:val="auto"/>
                <w:sz w:val="22"/>
              </w:rPr>
              <w:t>Impegno</w:t>
            </w:r>
            <w:proofErr w:type="spellEnd"/>
            <w:r w:rsidRPr="000A1D43">
              <w:rPr>
                <w:rFonts w:ascii="Arial Narrow" w:hAnsi="Arial Narrow"/>
                <w:i/>
                <w:color w:val="auto"/>
                <w:sz w:val="22"/>
              </w:rPr>
              <w:t xml:space="preserve"> a </w:t>
            </w:r>
            <w:proofErr w:type="spellStart"/>
            <w:r w:rsidRPr="000A1D43">
              <w:rPr>
                <w:rFonts w:ascii="Arial Narrow" w:hAnsi="Arial Narrow"/>
                <w:i/>
                <w:color w:val="auto"/>
                <w:sz w:val="22"/>
              </w:rPr>
              <w:t>stipulare</w:t>
            </w:r>
            <w:proofErr w:type="spellEnd"/>
            <w:r w:rsidRPr="000A1D43">
              <w:rPr>
                <w:rFonts w:ascii="Arial Narrow" w:hAnsi="Arial Narrow"/>
                <w:i/>
                <w:color w:val="auto"/>
                <w:sz w:val="22"/>
              </w:rPr>
              <w:t xml:space="preserve"> la Polizza R.C. Professionale prima dell'inizio dell'incarico</w:t>
            </w:r>
          </w:p>
        </w:tc>
      </w:tr>
      <w:tr w:rsidR="000A1D43" w:rsidRPr="000A1D43" w:rsidTr="000A1D43">
        <w:trPr>
          <w:jc w:val="center"/>
        </w:trPr>
        <w:tc>
          <w:tcPr>
            <w:tcW w:w="2624" w:type="dxa"/>
          </w:tcPr>
          <w:p w:rsidR="000A1D43" w:rsidRPr="000A1D43" w:rsidRDefault="000A1D43">
            <w:pPr>
              <w:spacing w:before="60" w:after="60"/>
              <w:rPr>
                <w:rFonts w:ascii="Arial Narrow" w:hAnsi="Arial Narrow"/>
                <w:b/>
                <w:color w:val="auto"/>
                <w:sz w:val="22"/>
              </w:rPr>
            </w:pPr>
          </w:p>
        </w:tc>
        <w:tc>
          <w:tcPr>
            <w:tcW w:w="7456" w:type="dxa"/>
            <w:tcBorders>
              <w:top w:val="single" w:sz="4" w:space="0" w:color="auto"/>
              <w:bottom w:val="single" w:sz="4" w:space="0" w:color="auto"/>
            </w:tcBorders>
            <w:shd w:val="clear" w:color="auto" w:fill="FAFAFA"/>
          </w:tcPr>
          <w:p w:rsidR="000A1D43" w:rsidRPr="000A1D43" w:rsidRDefault="000A1D43">
            <w:pPr>
              <w:spacing w:before="60" w:after="60"/>
              <w:rPr>
                <w:rFonts w:ascii="Arial Narrow" w:hAnsi="Arial Narrow"/>
                <w:i/>
                <w:color w:val="auto"/>
                <w:sz w:val="22"/>
              </w:rPr>
            </w:pPr>
          </w:p>
        </w:tc>
      </w:tr>
      <w:tr w:rsidR="000A1D43" w:rsidRPr="000A1D43" w:rsidTr="000A1D43">
        <w:trPr>
          <w:jc w:val="center"/>
        </w:trPr>
        <w:tc>
          <w:tcPr>
            <w:tcW w:w="2624" w:type="dxa"/>
            <w:tcBorders>
              <w:right w:val="single" w:sz="4" w:space="0" w:color="auto"/>
            </w:tcBorders>
          </w:tcPr>
          <w:p w:rsidR="00930DD9" w:rsidRPr="000A1D43" w:rsidRDefault="008F2216">
            <w:pPr>
              <w:spacing w:before="60" w:after="60"/>
              <w:rPr>
                <w:rFonts w:ascii="Arial Narrow" w:hAnsi="Arial Narrow"/>
                <w:color w:val="auto"/>
                <w:sz w:val="22"/>
              </w:rPr>
            </w:pPr>
            <w:proofErr w:type="spellStart"/>
            <w:r w:rsidRPr="000A1D43">
              <w:rPr>
                <w:rFonts w:ascii="Arial Narrow" w:hAnsi="Arial Narrow"/>
                <w:b/>
                <w:color w:val="auto"/>
                <w:sz w:val="22"/>
              </w:rPr>
              <w:t>Comunicazioni</w:t>
            </w:r>
            <w:proofErr w:type="spellEnd"/>
            <w:r w:rsidRPr="000A1D43">
              <w:rPr>
                <w:rFonts w:ascii="Arial Narrow" w:hAnsi="Arial Narrow"/>
                <w:b/>
                <w:color w:val="auto"/>
                <w:sz w:val="22"/>
              </w:rPr>
              <w:t xml:space="preserve"> &amp; Privacy</w:t>
            </w:r>
          </w:p>
        </w:tc>
        <w:tc>
          <w:tcPr>
            <w:tcW w:w="7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FAFA"/>
          </w:tcPr>
          <w:p w:rsidR="00930DD9" w:rsidRPr="000A1D43" w:rsidRDefault="008F2216">
            <w:pPr>
              <w:spacing w:before="60" w:after="60"/>
              <w:rPr>
                <w:rFonts w:ascii="Arial Narrow" w:hAnsi="Arial Narrow"/>
                <w:color w:val="auto"/>
                <w:sz w:val="22"/>
              </w:rPr>
            </w:pPr>
            <w:r w:rsidRPr="000A1D43">
              <w:rPr>
                <w:rFonts w:ascii="Segoe UI Symbol" w:hAnsi="Segoe UI Symbol" w:cs="Segoe UI Symbol"/>
                <w:i/>
                <w:color w:val="auto"/>
                <w:sz w:val="22"/>
              </w:rPr>
              <w:t>☐</w:t>
            </w:r>
            <w:r w:rsidRPr="000A1D43">
              <w:rPr>
                <w:rFonts w:ascii="Arial Narrow" w:hAnsi="Arial Narrow"/>
                <w:i/>
                <w:color w:val="auto"/>
                <w:sz w:val="22"/>
              </w:rPr>
              <w:t xml:space="preserve"> Di eleggere quale domicilio per le comunicazioni la PEC sopra indicata</w:t>
            </w:r>
            <w:r w:rsidRPr="000A1D43">
              <w:rPr>
                <w:rFonts w:ascii="Arial Narrow" w:hAnsi="Arial Narrow"/>
                <w:i/>
                <w:color w:val="auto"/>
                <w:sz w:val="22"/>
              </w:rPr>
              <w:br/>
            </w:r>
            <w:r w:rsidRPr="000A1D43">
              <w:rPr>
                <w:rFonts w:ascii="Segoe UI Symbol" w:hAnsi="Segoe UI Symbol" w:cs="Segoe UI Symbol"/>
                <w:i/>
                <w:color w:val="auto"/>
                <w:sz w:val="22"/>
              </w:rPr>
              <w:t>☐</w:t>
            </w:r>
            <w:r w:rsidRPr="000A1D43">
              <w:rPr>
                <w:rFonts w:ascii="Arial Narrow" w:hAnsi="Arial Narrow"/>
                <w:i/>
                <w:color w:val="auto"/>
                <w:sz w:val="22"/>
              </w:rPr>
              <w:t xml:space="preserve"> Di accettare integralmente le condizioni dell'Avviso Pubblico e autorizzare il trattamento dei dati (GDPR UE 2016/679)</w:t>
            </w:r>
          </w:p>
        </w:tc>
      </w:tr>
    </w:tbl>
    <w:p w:rsidR="00930DD9" w:rsidRPr="000A1D43" w:rsidRDefault="00930DD9">
      <w:pPr>
        <w:spacing w:after="80"/>
        <w:rPr>
          <w:rFonts w:ascii="Arial Narrow" w:hAnsi="Arial Narrow"/>
          <w:color w:val="auto"/>
        </w:rPr>
      </w:pPr>
    </w:p>
    <w:p w:rsidR="00930DD9" w:rsidRPr="000A1D43" w:rsidRDefault="008F2216">
      <w:pPr>
        <w:spacing w:before="80" w:after="80"/>
        <w:rPr>
          <w:rFonts w:ascii="Arial Narrow" w:hAnsi="Arial Narrow"/>
          <w:color w:val="auto"/>
        </w:rPr>
      </w:pPr>
      <w:r w:rsidRPr="000A1D43">
        <w:rPr>
          <w:rFonts w:ascii="Arial Narrow" w:hAnsi="Arial Narrow"/>
          <w:b/>
          <w:color w:val="auto"/>
          <w:sz w:val="21"/>
        </w:rPr>
        <w:t>4. DOCUMENTI ALLEGATI (OBBLIGATORI)</w:t>
      </w:r>
      <w:bookmarkStart w:id="0" w:name="_GoBack"/>
      <w:bookmarkEnd w:id="0"/>
    </w:p>
    <w:p w:rsidR="00930DD9" w:rsidRPr="008F2216" w:rsidRDefault="008F2216">
      <w:pPr>
        <w:pStyle w:val="Puntoelenco"/>
        <w:spacing w:after="40"/>
        <w:rPr>
          <w:rFonts w:ascii="Arial Narrow" w:hAnsi="Arial Narrow"/>
          <w:color w:val="auto"/>
          <w:sz w:val="22"/>
        </w:rPr>
      </w:pPr>
      <w:r w:rsidRPr="000A1D43">
        <w:rPr>
          <w:rFonts w:ascii="Arial Narrow" w:hAnsi="Arial Narrow"/>
          <w:color w:val="auto"/>
        </w:rPr>
        <w:t xml:space="preserve">  </w:t>
      </w:r>
      <w:r w:rsidRPr="008F2216">
        <w:rPr>
          <w:rFonts w:ascii="Arial Narrow" w:hAnsi="Arial Narrow"/>
          <w:color w:val="auto"/>
          <w:sz w:val="22"/>
        </w:rPr>
        <w:t>Curriculum Vitae in Formato Europeo (firmato e datato)</w:t>
      </w:r>
    </w:p>
    <w:p w:rsidR="00930DD9" w:rsidRPr="008F2216" w:rsidRDefault="008F2216">
      <w:pPr>
        <w:pStyle w:val="Puntoelenco"/>
        <w:rPr>
          <w:rFonts w:ascii="Arial Narrow" w:hAnsi="Arial Narrow"/>
          <w:color w:val="auto"/>
          <w:sz w:val="22"/>
        </w:rPr>
      </w:pPr>
      <w:r w:rsidRPr="008F2216">
        <w:rPr>
          <w:rFonts w:ascii="Arial Narrow" w:hAnsi="Arial Narrow"/>
          <w:color w:val="auto"/>
          <w:sz w:val="22"/>
        </w:rPr>
        <w:t xml:space="preserve">  Copia fotostatica del Documento di Identità in corso di validità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21"/>
        <w:gridCol w:w="5415"/>
      </w:tblGrid>
      <w:tr w:rsidR="000A1D43" w:rsidRPr="000A1D43">
        <w:trPr>
          <w:jc w:val="center"/>
        </w:trPr>
        <w:tc>
          <w:tcPr>
            <w:tcW w:w="4608" w:type="dxa"/>
          </w:tcPr>
          <w:p w:rsidR="000A1D43" w:rsidRPr="000A1D43" w:rsidRDefault="000A1D43">
            <w:pPr>
              <w:rPr>
                <w:rFonts w:ascii="Arial Narrow" w:hAnsi="Arial Narrow"/>
                <w:color w:val="auto"/>
                <w:sz w:val="22"/>
              </w:rPr>
            </w:pPr>
          </w:p>
          <w:p w:rsidR="00930DD9" w:rsidRPr="000A1D43" w:rsidRDefault="008F2216">
            <w:pPr>
              <w:rPr>
                <w:rFonts w:ascii="Arial Narrow" w:hAnsi="Arial Narrow"/>
                <w:color w:val="auto"/>
                <w:sz w:val="22"/>
              </w:rPr>
            </w:pPr>
            <w:proofErr w:type="spellStart"/>
            <w:r w:rsidRPr="000A1D43">
              <w:rPr>
                <w:rFonts w:ascii="Arial Narrow" w:hAnsi="Arial Narrow"/>
                <w:color w:val="auto"/>
                <w:sz w:val="22"/>
              </w:rPr>
              <w:t>Luogo</w:t>
            </w:r>
            <w:proofErr w:type="spellEnd"/>
            <w:r w:rsidRPr="000A1D43">
              <w:rPr>
                <w:rFonts w:ascii="Arial Narrow" w:hAnsi="Arial Narrow"/>
                <w:color w:val="auto"/>
                <w:sz w:val="22"/>
              </w:rPr>
              <w:t xml:space="preserve"> e Data:</w:t>
            </w:r>
            <w:r w:rsidRPr="000A1D43">
              <w:rPr>
                <w:rFonts w:ascii="Arial Narrow" w:hAnsi="Arial Narrow"/>
                <w:color w:val="auto"/>
                <w:sz w:val="22"/>
              </w:rPr>
              <w:br/>
            </w:r>
            <w:r w:rsidRPr="000A1D43">
              <w:rPr>
                <w:rFonts w:ascii="Arial Narrow" w:hAnsi="Arial Narrow"/>
                <w:color w:val="auto"/>
                <w:sz w:val="22"/>
              </w:rPr>
              <w:br/>
            </w:r>
            <w:r w:rsidR="000A1D43" w:rsidRPr="000A1D43">
              <w:rPr>
                <w:rFonts w:ascii="Arial Narrow" w:hAnsi="Arial Narrow"/>
                <w:color w:val="auto"/>
                <w:sz w:val="22"/>
              </w:rPr>
              <w:t>__________________, ___/___/______</w:t>
            </w:r>
          </w:p>
        </w:tc>
        <w:tc>
          <w:tcPr>
            <w:tcW w:w="5472" w:type="dxa"/>
          </w:tcPr>
          <w:p w:rsidR="000A1D43" w:rsidRPr="000A1D43" w:rsidRDefault="000A1D43">
            <w:pPr>
              <w:rPr>
                <w:rFonts w:ascii="Arial Narrow" w:hAnsi="Arial Narrow"/>
                <w:color w:val="auto"/>
                <w:sz w:val="22"/>
              </w:rPr>
            </w:pPr>
          </w:p>
          <w:p w:rsidR="000A1D43" w:rsidRPr="000A1D43" w:rsidRDefault="000A1D43">
            <w:pPr>
              <w:rPr>
                <w:rFonts w:ascii="Arial Narrow" w:hAnsi="Arial Narrow"/>
                <w:color w:val="auto"/>
                <w:sz w:val="22"/>
              </w:rPr>
            </w:pPr>
          </w:p>
          <w:p w:rsidR="000A1D43" w:rsidRPr="000A1D43" w:rsidRDefault="000A1D43">
            <w:pPr>
              <w:rPr>
                <w:rFonts w:ascii="Arial Narrow" w:hAnsi="Arial Narrow"/>
                <w:color w:val="auto"/>
                <w:sz w:val="22"/>
              </w:rPr>
            </w:pPr>
          </w:p>
          <w:p w:rsidR="00930DD9" w:rsidRPr="000A1D43" w:rsidRDefault="000A1D43">
            <w:pPr>
              <w:rPr>
                <w:rFonts w:ascii="Arial Narrow" w:hAnsi="Arial Narrow"/>
                <w:color w:val="auto"/>
                <w:sz w:val="22"/>
              </w:rPr>
            </w:pPr>
            <w:r>
              <w:rPr>
                <w:rFonts w:ascii="Arial Narrow" w:hAnsi="Arial Narrow"/>
                <w:color w:val="auto"/>
                <w:sz w:val="22"/>
              </w:rPr>
              <w:t xml:space="preserve">   </w:t>
            </w:r>
            <w:r w:rsidR="008F2216" w:rsidRPr="000A1D43">
              <w:rPr>
                <w:rFonts w:ascii="Arial Narrow" w:hAnsi="Arial Narrow"/>
                <w:color w:val="auto"/>
                <w:sz w:val="22"/>
              </w:rPr>
              <w:t xml:space="preserve">Firma del </w:t>
            </w:r>
            <w:proofErr w:type="spellStart"/>
            <w:r w:rsidR="008F2216" w:rsidRPr="000A1D43">
              <w:rPr>
                <w:rFonts w:ascii="Arial Narrow" w:hAnsi="Arial Narrow"/>
                <w:color w:val="auto"/>
                <w:sz w:val="22"/>
              </w:rPr>
              <w:t>Candidato</w:t>
            </w:r>
            <w:proofErr w:type="spellEnd"/>
            <w:r w:rsidR="008F2216" w:rsidRPr="000A1D43">
              <w:rPr>
                <w:rFonts w:ascii="Arial Narrow" w:hAnsi="Arial Narrow"/>
                <w:color w:val="auto"/>
                <w:sz w:val="22"/>
              </w:rPr>
              <w:t>:</w:t>
            </w:r>
            <w:r w:rsidR="008F2216" w:rsidRPr="000A1D43">
              <w:rPr>
                <w:rFonts w:ascii="Arial Narrow" w:hAnsi="Arial Narrow"/>
                <w:color w:val="auto"/>
                <w:sz w:val="22"/>
              </w:rPr>
              <w:br/>
            </w:r>
            <w:r w:rsidR="008F2216" w:rsidRPr="000A1D43">
              <w:rPr>
                <w:rFonts w:ascii="Arial Narrow" w:hAnsi="Arial Narrow"/>
                <w:color w:val="auto"/>
                <w:sz w:val="22"/>
              </w:rPr>
              <w:br/>
            </w:r>
            <w:r>
              <w:rPr>
                <w:rFonts w:ascii="Arial Narrow" w:hAnsi="Arial Narrow"/>
                <w:color w:val="auto"/>
                <w:sz w:val="22"/>
              </w:rPr>
              <w:t xml:space="preserve">   </w:t>
            </w:r>
            <w:r w:rsidR="008F2216" w:rsidRPr="000A1D43">
              <w:rPr>
                <w:rFonts w:ascii="Arial Narrow" w:hAnsi="Arial Narrow"/>
                <w:color w:val="auto"/>
                <w:sz w:val="22"/>
              </w:rPr>
              <w:t>____________________________________</w:t>
            </w:r>
          </w:p>
        </w:tc>
      </w:tr>
    </w:tbl>
    <w:p w:rsidR="006C00BD" w:rsidRDefault="006C00BD"/>
    <w:sectPr w:rsidR="006C00BD" w:rsidSect="00034616">
      <w:pgSz w:w="12240" w:h="15840"/>
      <w:pgMar w:top="1008" w:right="1152" w:bottom="1008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eroelenco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eroelenco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Puntoelenco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Puntoelenco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34616"/>
    <w:rsid w:val="0006063C"/>
    <w:rsid w:val="000A1D43"/>
    <w:rsid w:val="0015074B"/>
    <w:rsid w:val="0029639D"/>
    <w:rsid w:val="00326F90"/>
    <w:rsid w:val="006C00BD"/>
    <w:rsid w:val="008C6FBC"/>
    <w:rsid w:val="008F2216"/>
    <w:rsid w:val="00930DD9"/>
    <w:rsid w:val="00AA1D8D"/>
    <w:rsid w:val="00B47730"/>
    <w:rsid w:val="00C22630"/>
    <w:rsid w:val="00CB0664"/>
    <w:rsid w:val="00CF0AF9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  <w15:docId w15:val="{495A2A4E-BF43-4C1A-818E-1A9C97C96A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FC693F"/>
    <w:rPr>
      <w:rFonts w:ascii="Arial" w:hAnsi="Arial"/>
      <w:color w:val="222222"/>
      <w:sz w:val="19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618BF"/>
  </w:style>
  <w:style w:type="paragraph" w:styleId="Pidipagina">
    <w:name w:val="footer"/>
    <w:basedOn w:val="Normale"/>
    <w:link w:val="Pidipagina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618BF"/>
  </w:style>
  <w:style w:type="paragraph" w:styleId="Nessunaspaziatura">
    <w:name w:val="No Spacing"/>
    <w:uiPriority w:val="1"/>
    <w:qFormat/>
    <w:rsid w:val="00FC693F"/>
    <w:pPr>
      <w:spacing w:after="0" w:line="240" w:lineRule="auto"/>
    </w:pPr>
  </w:style>
  <w:style w:type="character" w:customStyle="1" w:styleId="Titolo1Carattere">
    <w:name w:val="Titolo 1 Carattere"/>
    <w:basedOn w:val="Carpredefinitoparagrafo"/>
    <w:link w:val="Tito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olo2Carattere">
    <w:name w:val="Titolo 2 Carattere"/>
    <w:basedOn w:val="Carpredefinitoparagrafo"/>
    <w:link w:val="Tito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">
    <w:name w:val="Title"/>
    <w:basedOn w:val="Normale"/>
    <w:next w:val="Normale"/>
    <w:link w:val="TitoloCarattere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oloCarattere">
    <w:name w:val="Titolo Carattere"/>
    <w:basedOn w:val="Carpredefinitoparagrafo"/>
    <w:link w:val="Tito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FC693F"/>
    <w:pPr>
      <w:ind w:left="720"/>
      <w:contextualSpacing/>
    </w:pPr>
  </w:style>
  <w:style w:type="paragraph" w:styleId="Corpotesto">
    <w:name w:val="Body Text"/>
    <w:basedOn w:val="Normale"/>
    <w:link w:val="CorpotestoCarattere"/>
    <w:uiPriority w:val="99"/>
    <w:unhideWhenUsed/>
    <w:rsid w:val="00AA1D8D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AA1D8D"/>
  </w:style>
  <w:style w:type="paragraph" w:styleId="Corpodeltesto2">
    <w:name w:val="Body Text 2"/>
    <w:basedOn w:val="Normale"/>
    <w:link w:val="Corpodeltesto2Carattere"/>
    <w:uiPriority w:val="99"/>
    <w:unhideWhenUsed/>
    <w:rsid w:val="00AA1D8D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AA1D8D"/>
  </w:style>
  <w:style w:type="paragraph" w:styleId="Corpodeltesto3">
    <w:name w:val="Body Text 3"/>
    <w:basedOn w:val="Normale"/>
    <w:link w:val="Corpodeltesto3Carattere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rsid w:val="00AA1D8D"/>
    <w:rPr>
      <w:sz w:val="16"/>
      <w:szCs w:val="16"/>
    </w:rPr>
  </w:style>
  <w:style w:type="paragraph" w:styleId="Elenco">
    <w:name w:val="List"/>
    <w:basedOn w:val="Normale"/>
    <w:uiPriority w:val="99"/>
    <w:unhideWhenUsed/>
    <w:rsid w:val="00AA1D8D"/>
    <w:pPr>
      <w:ind w:left="360" w:hanging="360"/>
      <w:contextualSpacing/>
    </w:pPr>
  </w:style>
  <w:style w:type="paragraph" w:styleId="Elenco2">
    <w:name w:val="List 2"/>
    <w:basedOn w:val="Normale"/>
    <w:uiPriority w:val="99"/>
    <w:unhideWhenUsed/>
    <w:rsid w:val="00326F90"/>
    <w:pPr>
      <w:ind w:left="720" w:hanging="360"/>
      <w:contextualSpacing/>
    </w:pPr>
  </w:style>
  <w:style w:type="paragraph" w:styleId="Elenco3">
    <w:name w:val="List 3"/>
    <w:basedOn w:val="Normale"/>
    <w:uiPriority w:val="99"/>
    <w:unhideWhenUsed/>
    <w:rsid w:val="00326F90"/>
    <w:pPr>
      <w:ind w:left="1080" w:hanging="360"/>
      <w:contextualSpacing/>
    </w:pPr>
  </w:style>
  <w:style w:type="paragraph" w:styleId="Puntoelenco">
    <w:name w:val="List Bullet"/>
    <w:basedOn w:val="Normale"/>
    <w:uiPriority w:val="99"/>
    <w:unhideWhenUsed/>
    <w:rsid w:val="00326F90"/>
    <w:pPr>
      <w:numPr>
        <w:numId w:val="1"/>
      </w:numPr>
      <w:contextualSpacing/>
    </w:pPr>
  </w:style>
  <w:style w:type="paragraph" w:styleId="Puntoelenco2">
    <w:name w:val="List Bullet 2"/>
    <w:basedOn w:val="Normale"/>
    <w:uiPriority w:val="99"/>
    <w:unhideWhenUsed/>
    <w:rsid w:val="00326F90"/>
    <w:pPr>
      <w:numPr>
        <w:numId w:val="2"/>
      </w:numPr>
      <w:contextualSpacing/>
    </w:pPr>
  </w:style>
  <w:style w:type="paragraph" w:styleId="Puntoelenco3">
    <w:name w:val="List Bullet 3"/>
    <w:basedOn w:val="Normale"/>
    <w:uiPriority w:val="99"/>
    <w:unhideWhenUsed/>
    <w:rsid w:val="00326F90"/>
    <w:pPr>
      <w:numPr>
        <w:numId w:val="3"/>
      </w:numPr>
      <w:contextualSpacing/>
    </w:pPr>
  </w:style>
  <w:style w:type="paragraph" w:styleId="Numeroelenco">
    <w:name w:val="List Number"/>
    <w:basedOn w:val="Normale"/>
    <w:uiPriority w:val="99"/>
    <w:unhideWhenUsed/>
    <w:rsid w:val="00326F90"/>
    <w:pPr>
      <w:numPr>
        <w:numId w:val="5"/>
      </w:numPr>
      <w:contextualSpacing/>
    </w:pPr>
  </w:style>
  <w:style w:type="paragraph" w:styleId="Numeroelenco2">
    <w:name w:val="List Number 2"/>
    <w:basedOn w:val="Normale"/>
    <w:uiPriority w:val="99"/>
    <w:unhideWhenUsed/>
    <w:rsid w:val="0029639D"/>
    <w:pPr>
      <w:numPr>
        <w:numId w:val="6"/>
      </w:numPr>
      <w:contextualSpacing/>
    </w:pPr>
  </w:style>
  <w:style w:type="paragraph" w:styleId="Numeroelenco3">
    <w:name w:val="List Number 3"/>
    <w:basedOn w:val="Normale"/>
    <w:uiPriority w:val="99"/>
    <w:unhideWhenUsed/>
    <w:rsid w:val="0029639D"/>
    <w:pPr>
      <w:numPr>
        <w:numId w:val="7"/>
      </w:numPr>
      <w:contextualSpacing/>
    </w:pPr>
  </w:style>
  <w:style w:type="paragraph" w:styleId="Elencocontinua">
    <w:name w:val="List Continue"/>
    <w:basedOn w:val="Normale"/>
    <w:uiPriority w:val="99"/>
    <w:unhideWhenUsed/>
    <w:rsid w:val="0029639D"/>
    <w:pPr>
      <w:spacing w:after="120"/>
      <w:ind w:left="360"/>
      <w:contextualSpacing/>
    </w:pPr>
  </w:style>
  <w:style w:type="paragraph" w:styleId="Elencocontinua2">
    <w:name w:val="List Continue 2"/>
    <w:basedOn w:val="Normale"/>
    <w:uiPriority w:val="99"/>
    <w:unhideWhenUsed/>
    <w:rsid w:val="0029639D"/>
    <w:pPr>
      <w:spacing w:after="120"/>
      <w:ind w:left="720"/>
      <w:contextualSpacing/>
    </w:pPr>
  </w:style>
  <w:style w:type="paragraph" w:styleId="Elencocontinua3">
    <w:name w:val="List Continue 3"/>
    <w:basedOn w:val="Normale"/>
    <w:uiPriority w:val="99"/>
    <w:unhideWhenUsed/>
    <w:rsid w:val="0029639D"/>
    <w:pPr>
      <w:spacing w:after="120"/>
      <w:ind w:left="1080"/>
      <w:contextualSpacing/>
    </w:pPr>
  </w:style>
  <w:style w:type="paragraph" w:styleId="Testomacro">
    <w:name w:val="macro"/>
    <w:link w:val="TestomacroCarattere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stomacroCarattere">
    <w:name w:val="Testo macro Carattere"/>
    <w:basedOn w:val="Carpredefinitoparagrafo"/>
    <w:link w:val="Testomacro"/>
    <w:uiPriority w:val="99"/>
    <w:rsid w:val="0029639D"/>
    <w:rPr>
      <w:rFonts w:ascii="Courier" w:hAnsi="Courier"/>
      <w:sz w:val="20"/>
      <w:szCs w:val="20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C693F"/>
    <w:rPr>
      <w:i/>
      <w:iCs/>
      <w:color w:val="000000" w:themeColor="text1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C693F"/>
    <w:rPr>
      <w:i/>
      <w:iCs/>
      <w:color w:val="000000" w:themeColor="text1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Enfasigrassetto">
    <w:name w:val="Strong"/>
    <w:basedOn w:val="Carpredefinitoparagrafo"/>
    <w:uiPriority w:val="22"/>
    <w:qFormat/>
    <w:rsid w:val="00FC693F"/>
    <w:rPr>
      <w:b/>
      <w:bCs/>
    </w:rPr>
  </w:style>
  <w:style w:type="character" w:styleId="Enfasicorsivo">
    <w:name w:val="Emphasis"/>
    <w:basedOn w:val="Carpredefinitoparagrafo"/>
    <w:uiPriority w:val="20"/>
    <w:qFormat/>
    <w:rsid w:val="00FC693F"/>
    <w:rPr>
      <w:i/>
      <w:iCs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C693F"/>
    <w:rPr>
      <w:b/>
      <w:bCs/>
      <w:i/>
      <w:iCs/>
      <w:color w:val="4F81BD" w:themeColor="accent1"/>
    </w:rPr>
  </w:style>
  <w:style w:type="character" w:styleId="Enfasidelicata">
    <w:name w:val="Subtle Emphasis"/>
    <w:basedOn w:val="Carpredefinitoparagrafo"/>
    <w:uiPriority w:val="19"/>
    <w:qFormat/>
    <w:rsid w:val="00FC693F"/>
    <w:rPr>
      <w:i/>
      <w:iCs/>
      <w:color w:val="808080" w:themeColor="text1" w:themeTint="7F"/>
    </w:rPr>
  </w:style>
  <w:style w:type="character" w:styleId="Enfasiintensa">
    <w:name w:val="Intense Emphasis"/>
    <w:basedOn w:val="Carpredefinitoparagrafo"/>
    <w:uiPriority w:val="21"/>
    <w:qFormat/>
    <w:rsid w:val="00FC693F"/>
    <w:rPr>
      <w:b/>
      <w:bCs/>
      <w:i/>
      <w:iCs/>
      <w:color w:val="4F81BD" w:themeColor="accent1"/>
    </w:rPr>
  </w:style>
  <w:style w:type="character" w:styleId="Riferimentodelicato">
    <w:name w:val="Subtle Reference"/>
    <w:basedOn w:val="Carpredefinitoparagrafo"/>
    <w:uiPriority w:val="31"/>
    <w:qFormat/>
    <w:rsid w:val="00FC693F"/>
    <w:rPr>
      <w:smallCaps/>
      <w:color w:val="C0504D" w:themeColor="accent2"/>
      <w:u w:val="single"/>
    </w:rPr>
  </w:style>
  <w:style w:type="character" w:styleId="Riferimentointenso">
    <w:name w:val="Intense Reference"/>
    <w:basedOn w:val="Carpredefinitoparagraf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olodellibro">
    <w:name w:val="Book Title"/>
    <w:basedOn w:val="Carpredefinitoparagrafo"/>
    <w:uiPriority w:val="33"/>
    <w:qFormat/>
    <w:rsid w:val="00FC693F"/>
    <w:rPr>
      <w:b/>
      <w:bCs/>
      <w:smallCaps/>
      <w:spacing w:val="5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FC693F"/>
    <w:pPr>
      <w:outlineLvl w:val="9"/>
    </w:pPr>
  </w:style>
  <w:style w:type="table" w:styleId="Grigliatabella">
    <w:name w:val="Table Grid"/>
    <w:basedOn w:val="Tabellanormale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fondochiaro">
    <w:name w:val="Light Shading"/>
    <w:basedOn w:val="Tabellanormale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fondochiaro-Colore1">
    <w:name w:val="Light Shading Accent 1"/>
    <w:basedOn w:val="Tabellanormale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fondochiaro-Colore2">
    <w:name w:val="Light Shading Accent 2"/>
    <w:basedOn w:val="Tabellanormale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fondochiaro-Colore3">
    <w:name w:val="Light Shading Accent 3"/>
    <w:basedOn w:val="Tabellanormale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fondochiaro-Colore4">
    <w:name w:val="Light Shading Accent 4"/>
    <w:basedOn w:val="Tabellanormale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fondochiaro-Colore5">
    <w:name w:val="Light Shading Accent 5"/>
    <w:basedOn w:val="Tabellanormale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fondochiaro-Colore6">
    <w:name w:val="Light Shading Accent 6"/>
    <w:basedOn w:val="Tabellanormale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Elencochiaro">
    <w:name w:val="Light List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Elencochiaro-Colore1">
    <w:name w:val="Light List Accent 1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Elencochiaro-Colore2">
    <w:name w:val="Light List Accent 2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Elencochiaro-Colore3">
    <w:name w:val="Light List Accent 3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Elencochiaro-Colore4">
    <w:name w:val="Light List Accent 4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Elencochiaro-Colore5">
    <w:name w:val="Light List Accent 5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Elencochiaro-Colore6">
    <w:name w:val="Light List Accent 6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gliachiara">
    <w:name w:val="Light Grid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gliachiara-Colore1">
    <w:name w:val="Light Grid Accent 1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gliachiara-Colore2">
    <w:name w:val="Light Grid Accent 2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gliachiara-Colore3">
    <w:name w:val="Light Grid Accent 3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gliachiara-Colore4">
    <w:name w:val="Light Grid Accent 4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gliachiara-Colore5">
    <w:name w:val="Light Grid Accent 5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gliachiara-Colore6">
    <w:name w:val="Light Grid Accent 6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fondomedio1">
    <w:name w:val="Medium Shading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1">
    <w:name w:val="Medium Shading 1 Accent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2">
    <w:name w:val="Medium Shading 1 Accent 2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3">
    <w:name w:val="Medium Shading 1 Accent 3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4">
    <w:name w:val="Medium Shading 1 Accent 4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5">
    <w:name w:val="Medium Shading 1 Accent 5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6">
    <w:name w:val="Medium Shading 1 Accent 6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2">
    <w:name w:val="Medium Shading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1">
    <w:name w:val="Medium Shading 2 Accent 1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2">
    <w:name w:val="Medium Shading 2 Accent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3">
    <w:name w:val="Medium Shading 2 Accent 3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4">
    <w:name w:val="Medium Shading 2 Accent 4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5">
    <w:name w:val="Medium Shading 2 Accent 5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6">
    <w:name w:val="Medium Shading 2 Accent 6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Elencomedio1">
    <w:name w:val="Medium Lis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Elencomedio1-Colore1">
    <w:name w:val="Medium List 1 Accen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Elencomedio1-Colore2">
    <w:name w:val="Medium List 1 Accent 2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Elencomedio1-Colore3">
    <w:name w:val="Medium List 1 Accent 3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Elencomedio1-Colore4">
    <w:name w:val="Medium List 1 Accent 4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Elencomedio1-Colore5">
    <w:name w:val="Medium List 1 Accent 5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Elencomedio1-Colore6">
    <w:name w:val="Medium List 1 Accent 6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Elencomedio2">
    <w:name w:val="Medium Lis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1">
    <w:name w:val="Medium List 2 Accent 1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2">
    <w:name w:val="Medium List 2 Accen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3">
    <w:name w:val="Medium List 2 Accent 3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4">
    <w:name w:val="Medium List 2 Accent 4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5">
    <w:name w:val="Medium List 2 Accent 5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6">
    <w:name w:val="Medium List 2 Accent 6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gliamedia1">
    <w:name w:val="Medium Grid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media1-Colore1">
    <w:name w:val="Medium Grid 1 Accent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media1-Colore2">
    <w:name w:val="Medium Grid 1 Accent 2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media1-Colore3">
    <w:name w:val="Medium Grid 1 Accent 3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media1-Colore4">
    <w:name w:val="Medium Grid 1 Accent 4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media1-Colore5">
    <w:name w:val="Medium Grid 1 Accent 5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media1-Colore6">
    <w:name w:val="Medium Grid 1 Accent 6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gliamedia2">
    <w:name w:val="Medium Grid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1">
    <w:name w:val="Medium Grid 2 Accent 1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2">
    <w:name w:val="Medium Grid 2 Accent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3">
    <w:name w:val="Medium Grid 2 Accent 3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4">
    <w:name w:val="Medium Grid 2 Accent 4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5">
    <w:name w:val="Medium Grid 2 Accent 5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6">
    <w:name w:val="Medium Grid 2 Accent 6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3">
    <w:name w:val="Medium Grid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gliamedia3-Colore1">
    <w:name w:val="Medium Grid 3 Accent 1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gliamedia3-Colore2">
    <w:name w:val="Medium Grid 3 Accent 2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gliamedia3-Colore3">
    <w:name w:val="Medium Grid 3 Accent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gliamedia3-Colore4">
    <w:name w:val="Medium Grid 3 Accent 4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gliamedia3-Colore5">
    <w:name w:val="Medium Grid 3 Accent 5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gliamedia3-Colore6">
    <w:name w:val="Medium Grid 3 Accent 6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Elencoscuro">
    <w:name w:val="Dark List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Elencoscuro-Colore1">
    <w:name w:val="Dark List Accent 1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Elencoscuro-Colore2">
    <w:name w:val="Dark List Accent 2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Elencoscuro-Colore3">
    <w:name w:val="Dark List Accent 3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Elencoscuro-Colore4">
    <w:name w:val="Dark List Accent 4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Elencoscuro-Colore5">
    <w:name w:val="Dark List Accent 5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Elencoscuro-Colore6">
    <w:name w:val="Dark List Accent 6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fondoacolori">
    <w:name w:val="Colorful Shading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1">
    <w:name w:val="Colorful Shading Accent 1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2">
    <w:name w:val="Colorful Shading Accent 2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3">
    <w:name w:val="Colorful Shading Accent 3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fondoacolori-Colore4">
    <w:name w:val="Colorful Shading Accent 4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5">
    <w:name w:val="Colorful Shading Accent 5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6">
    <w:name w:val="Colorful Shading Accent 6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Elencoacolori">
    <w:name w:val="Colorful List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Elencoacolori-Colore1">
    <w:name w:val="Colorful List Accent 1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Elencoacolori-Colore2">
    <w:name w:val="Colorful List Accent 2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Elencoacolori-Colore3">
    <w:name w:val="Colorful List Accent 3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Elencoacolori-Colore4">
    <w:name w:val="Colorful List Accent 4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Elencoacolori-Colore5">
    <w:name w:val="Colorful List Accent 5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Elencoacolori-Colore6">
    <w:name w:val="Colorful List Accent 6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gliaacolori">
    <w:name w:val="Colorful Grid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acolori-Colore1">
    <w:name w:val="Colorful Grid Accent 1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acolori-Colore2">
    <w:name w:val="Colorful Grid Accent 2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acolori-Colore3">
    <w:name w:val="Colorful Grid Accent 3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acolori-Colore4">
    <w:name w:val="Colorful Grid Accent 4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acolori-Colore5">
    <w:name w:val="Colorful Grid Accent 5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acolori-Colore6">
    <w:name w:val="Colorful Grid Accent 6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C6F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C6FBC"/>
    <w:rPr>
      <w:rFonts w:ascii="Segoe UI" w:hAnsi="Segoe UI" w:cs="Segoe UI"/>
      <w:color w:val="22222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B240A453-80ED-40E6-A3A9-558BB64C16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2</Pages>
  <Words>453</Words>
  <Characters>2588</Characters>
  <Application>Microsoft Office Word</Application>
  <DocSecurity>0</DocSecurity>
  <Lines>21</Lines>
  <Paragraphs>6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3035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Giada Brambilla</cp:lastModifiedBy>
  <cp:revision>6</cp:revision>
  <cp:lastPrinted>2026-07-22T07:42:00Z</cp:lastPrinted>
  <dcterms:created xsi:type="dcterms:W3CDTF">2026-07-21T13:34:00Z</dcterms:created>
  <dcterms:modified xsi:type="dcterms:W3CDTF">2026-08-24T08:46:00Z</dcterms:modified>
  <cp:category/>
</cp:coreProperties>
</file>